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E074F" w14:textId="77777777" w:rsidR="00FC35E3" w:rsidRDefault="00FC35E3" w:rsidP="00A32DFF">
      <w:pPr>
        <w:pStyle w:val="NoSpacing"/>
        <w:rPr>
          <w:rFonts w:ascii="Kokila" w:hAnsi="Kokila" w:cs="Kokila"/>
          <w:bCs/>
          <w:color w:val="1F497D" w:themeColor="text2"/>
          <w:sz w:val="56"/>
          <w:szCs w:val="56"/>
          <w:lang w:bidi="ne-NP"/>
        </w:rPr>
      </w:pPr>
    </w:p>
    <w:p w14:paraId="29914428" w14:textId="77777777" w:rsidR="00FC35E3" w:rsidRDefault="00FC35E3" w:rsidP="00FC35E3">
      <w:pPr>
        <w:pStyle w:val="NoSpacing"/>
        <w:jc w:val="center"/>
        <w:rPr>
          <w:rFonts w:ascii="Kokila" w:hAnsi="Kokila" w:cs="Kokila"/>
          <w:bCs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5E3">
        <w:rPr>
          <w:rFonts w:ascii="Kokila" w:hAnsi="Kokila" w:cs="Kokila"/>
          <w:bCs/>
          <w:color w:val="000000" w:themeColor="text1"/>
          <w:sz w:val="140"/>
          <w:szCs w:val="140"/>
          <w:cs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व्यावसायिक सीप प्रवर्द्धन</w:t>
      </w:r>
      <w:r w:rsidRPr="00FC35E3">
        <w:rPr>
          <w:rFonts w:ascii="Kokila" w:hAnsi="Kokila" w:cs="Kokila"/>
          <w:bCs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A72A10B" w14:textId="6B9761D6" w:rsidR="00FC35E3" w:rsidRPr="00FC35E3" w:rsidRDefault="00FC35E3" w:rsidP="00FC35E3">
      <w:pPr>
        <w:pStyle w:val="NoSpacing"/>
        <w:jc w:val="center"/>
        <w:rPr>
          <w:rFonts w:ascii="Kokila" w:hAnsi="Kokila" w:cs="Kokila"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FC35E3">
        <w:rPr>
          <w:rFonts w:ascii="Kokila" w:hAnsi="Kokila" w:cs="Kokila"/>
          <w:b/>
          <w:bCs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सहकारी</w:t>
      </w:r>
      <w:proofErr w:type="spellEnd"/>
      <w:r w:rsidRPr="00FC35E3">
        <w:rPr>
          <w:rFonts w:ascii="Kokila" w:hAnsi="Kokila" w:cs="Kokila"/>
          <w:b/>
          <w:bCs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C35E3">
        <w:rPr>
          <w:rFonts w:ascii="Kokila" w:hAnsi="Kokila" w:cs="Kokila"/>
          <w:b/>
          <w:bCs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संस्था</w:t>
      </w:r>
      <w:proofErr w:type="spellEnd"/>
      <w:r w:rsidRPr="00FC35E3">
        <w:rPr>
          <w:rFonts w:ascii="Kokila" w:hAnsi="Kokila" w:cs="Kokila"/>
          <w:color w:val="000000" w:themeColor="text1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EAF083B" w14:textId="44F07E49" w:rsidR="00FC35E3" w:rsidRPr="00A32DFF" w:rsidRDefault="00FC35E3" w:rsidP="00FC35E3">
      <w:pPr>
        <w:pStyle w:val="NoSpacing"/>
        <w:jc w:val="center"/>
        <w:rPr>
          <w:rFonts w:ascii="Rockwell" w:hAnsi="Rockwell" w:cs="Kokila"/>
          <w:bCs/>
          <w:color w:val="000000" w:themeColor="text1"/>
          <w:sz w:val="144"/>
          <w:szCs w:val="144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32DFF">
        <w:rPr>
          <w:rFonts w:ascii="Kokila" w:hAnsi="Kokila" w:cs="Kokila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आन्तरिक</w:t>
      </w:r>
      <w:proofErr w:type="spellEnd"/>
      <w:r w:rsidRPr="00A32DFF">
        <w:rPr>
          <w:rFonts w:ascii="Rockwell" w:hAnsi="Rockwell" w:cs="Kokila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32DFF">
        <w:rPr>
          <w:rFonts w:ascii="Kokila" w:hAnsi="Kokila" w:cs="Kokila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लेखा</w:t>
      </w:r>
      <w:proofErr w:type="spellEnd"/>
      <w:r w:rsidRPr="00A32DFF">
        <w:rPr>
          <w:rFonts w:ascii="Rockwell" w:hAnsi="Rockwell" w:cs="Kokila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A32DFF">
        <w:rPr>
          <w:rFonts w:ascii="Kokila" w:hAnsi="Kokila" w:cs="Kokila"/>
          <w:b/>
          <w:bCs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परीक्षण</w:t>
      </w:r>
      <w:proofErr w:type="spellEnd"/>
      <w:r w:rsidRPr="00A32DFF">
        <w:rPr>
          <w:rFonts w:ascii="Rockwell" w:hAnsi="Rockwell" w:cs="Kokila"/>
          <w:bCs/>
          <w:color w:val="000000" w:themeColor="text1"/>
          <w:sz w:val="144"/>
          <w:szCs w:val="144"/>
          <w:cs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प्रतिवेदन</w:t>
      </w:r>
    </w:p>
    <w:p w14:paraId="280491F5" w14:textId="36BD7E9C" w:rsidR="00FC35E3" w:rsidRPr="00A32DFF" w:rsidRDefault="00FC35E3" w:rsidP="00FC35E3">
      <w:pPr>
        <w:pStyle w:val="NoSpacing"/>
        <w:jc w:val="center"/>
        <w:rPr>
          <w:rFonts w:ascii="Rockwell" w:hAnsi="Rockwell" w:cs="Kokila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32DFF">
        <w:rPr>
          <w:rFonts w:ascii="Rockwell" w:hAnsi="Rockwell" w:cs="Kokila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Internal Audit Report</w:t>
      </w:r>
    </w:p>
    <w:p w14:paraId="4D2C4770" w14:textId="214254B1" w:rsidR="00FC35E3" w:rsidRPr="00FC35E3" w:rsidRDefault="00FC35E3" w:rsidP="00FC35E3">
      <w:pPr>
        <w:pStyle w:val="NoSpacing"/>
        <w:jc w:val="center"/>
        <w:rPr>
          <w:rFonts w:ascii="Rockwell" w:hAnsi="Rockwell" w:cs="Kokil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5E3">
        <w:rPr>
          <w:rFonts w:ascii="Rockwell" w:hAnsi="Rockwell" w:cs="Kokil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 </w:t>
      </w:r>
    </w:p>
    <w:p w14:paraId="7AF70EBE" w14:textId="65E5E5A9" w:rsidR="00FC35E3" w:rsidRPr="00FC35E3" w:rsidRDefault="00FC35E3" w:rsidP="00FC35E3">
      <w:pPr>
        <w:pStyle w:val="NoSpacing"/>
        <w:jc w:val="center"/>
        <w:rPr>
          <w:rFonts w:ascii="Rockwell" w:hAnsi="Rockwell" w:cs="Kokila"/>
          <w:color w:val="000000" w:themeColor="text1"/>
          <w:sz w:val="144"/>
          <w:szCs w:val="1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35E3">
        <w:rPr>
          <w:rFonts w:ascii="Rockwell" w:hAnsi="Rockwell" w:cs="Kokila"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Business Skill Development Co-operative Ltd.</w:t>
      </w:r>
    </w:p>
    <w:p w14:paraId="483BFF81" w14:textId="55C04595" w:rsidR="00FC35E3" w:rsidRPr="00A32DFF" w:rsidRDefault="00A32DFF" w:rsidP="00A32DFF">
      <w:pPr>
        <w:jc w:val="center"/>
        <w:rPr>
          <w:rFonts w:ascii="Rockwell" w:hAnsi="Rockwell" w:cs="Kokila"/>
          <w:bCs/>
          <w:color w:val="000000" w:themeColor="text1"/>
          <w:sz w:val="36"/>
          <w:szCs w:val="36"/>
          <w:cs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32DFF"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Kohalpur-</w:t>
      </w:r>
      <w:r w:rsidRPr="00A32DFF"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11,</w:t>
      </w:r>
      <w:r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Redcrossroad,</w:t>
      </w:r>
      <w:r w:rsidRPr="00A32DFF"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Banke</w:t>
      </w:r>
      <w:r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Nepal</w:t>
      </w:r>
    </w:p>
    <w:p w14:paraId="7A8CC93E" w14:textId="77777777" w:rsidR="00E91C58" w:rsidRDefault="00E91C58" w:rsidP="00E91C58">
      <w:pPr>
        <w:pStyle w:val="NoSpacing"/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B6CB3E" w14:textId="552444D2" w:rsidR="00423016" w:rsidRDefault="00423016" w:rsidP="00423016">
      <w:pPr>
        <w:tabs>
          <w:tab w:val="left" w:pos="10222"/>
        </w:tabs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Rockwell" w:hAnsi="Rockwell" w:cs="Kokila"/>
          <w:bCs/>
          <w:color w:val="000000" w:themeColor="text1"/>
          <w:sz w:val="36"/>
          <w:szCs w:val="3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0B2EA318" w14:textId="77777777" w:rsidR="00423016" w:rsidRDefault="00423016" w:rsidP="00423016">
      <w:pPr>
        <w:tabs>
          <w:tab w:val="left" w:pos="10222"/>
        </w:tabs>
        <w:rPr>
          <w:lang w:bidi="ne-NP"/>
        </w:rPr>
      </w:pPr>
    </w:p>
    <w:p w14:paraId="3A9B0CF4" w14:textId="77777777" w:rsidR="00423016" w:rsidRPr="00423016" w:rsidRDefault="000773F4" w:rsidP="00423016">
      <w:pPr>
        <w:pStyle w:val="NoSpacing"/>
        <w:jc w:val="center"/>
        <w:rPr>
          <w:rFonts w:ascii="Kokila" w:hAnsi="Kokila" w:cs="Kokila"/>
          <w:b/>
          <w:bCs/>
          <w:color w:val="000000" w:themeColor="text1"/>
          <w:sz w:val="56"/>
          <w:szCs w:val="56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3016">
        <w:rPr>
          <w:rFonts w:ascii="Kokila" w:hAnsi="Kokila" w:cs="Kokila"/>
          <w:b/>
          <w:bCs/>
          <w:color w:val="000000" w:themeColor="text1"/>
          <w:sz w:val="56"/>
          <w:szCs w:val="56"/>
          <w:cs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व्यावसायिक सीप प्रवर्द्धन</w:t>
      </w:r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सहकारी</w:t>
      </w:r>
      <w:proofErr w:type="spellEnd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संस्थाको</w:t>
      </w:r>
      <w:proofErr w:type="spellEnd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आन्तरिक</w:t>
      </w:r>
      <w:proofErr w:type="spellEnd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लेखा</w:t>
      </w:r>
      <w:proofErr w:type="spellEnd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B20C8" w:rsidRPr="00423016">
        <w:rPr>
          <w:rFonts w:ascii="Kokila" w:hAnsi="Kokila" w:cs="Kokila"/>
          <w:b/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परीक्षण</w:t>
      </w:r>
      <w:proofErr w:type="spellEnd"/>
      <w:r w:rsidR="00A87CE9" w:rsidRPr="00423016">
        <w:rPr>
          <w:rFonts w:ascii="Kokila" w:hAnsi="Kokila" w:cs="Kokila"/>
          <w:b/>
          <w:bCs/>
          <w:color w:val="000000" w:themeColor="text1"/>
          <w:sz w:val="56"/>
          <w:szCs w:val="56"/>
          <w:cs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प्रतिवेदन</w:t>
      </w:r>
    </w:p>
    <w:p w14:paraId="3C666F3B" w14:textId="2C685BEB" w:rsidR="00FC5AE9" w:rsidRDefault="00000000" w:rsidP="00423016">
      <w:pPr>
        <w:pStyle w:val="NoSpacing"/>
        <w:jc w:val="center"/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(Internal Audit </w:t>
      </w:r>
      <w:r w:rsidR="00437AF4"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Report</w:t>
      </w:r>
      <w:r w:rsidR="0002504E"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40A50"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</w:t>
      </w:r>
      <w:r w:rsidR="0002504E"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Business Skill Development Co-operative Ltd.</w:t>
      </w:r>
      <w:r w:rsidRPr="00635024">
        <w:rPr>
          <w:rFonts w:ascii="Kokila" w:hAnsi="Kokila" w:cs="Kokila"/>
          <w:color w:val="595959" w:themeColor="text1" w:themeTint="A6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1690A5FA" w14:textId="77777777" w:rsidR="001B0985" w:rsidRPr="001B0985" w:rsidRDefault="001B0985" w:rsidP="00423016">
      <w:pPr>
        <w:pStyle w:val="NoSpacing"/>
        <w:jc w:val="center"/>
        <w:rPr>
          <w:rFonts w:ascii="Kokila" w:hAnsi="Kokila" w:cs="Kokila"/>
          <w:color w:val="595959" w:themeColor="text1" w:themeTint="A6"/>
          <w:sz w:val="8"/>
          <w:szCs w:val="8"/>
          <w:lang w:bidi="ne-NP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15210" w:type="dxa"/>
        <w:tblInd w:w="-95" w:type="dxa"/>
        <w:tblLook w:val="04A0" w:firstRow="1" w:lastRow="0" w:firstColumn="1" w:lastColumn="0" w:noHBand="0" w:noVBand="1"/>
      </w:tblPr>
      <w:tblGrid>
        <w:gridCol w:w="608"/>
        <w:gridCol w:w="1386"/>
        <w:gridCol w:w="2698"/>
        <w:gridCol w:w="448"/>
        <w:gridCol w:w="452"/>
        <w:gridCol w:w="1977"/>
        <w:gridCol w:w="2158"/>
        <w:gridCol w:w="5483"/>
      </w:tblGrid>
      <w:tr w:rsidR="00D20747" w14:paraId="71453A66" w14:textId="7A8A6FC1" w:rsidTr="006959CF">
        <w:tc>
          <w:tcPr>
            <w:tcW w:w="1994" w:type="dxa"/>
            <w:gridSpan w:val="2"/>
          </w:tcPr>
          <w:p w14:paraId="40C5FA3C" w14:textId="6550B42F" w:rsidR="00D20747" w:rsidRPr="00655524" w:rsidRDefault="00D20747" w:rsidP="00D20747">
            <w:pPr>
              <w:rPr>
                <w:sz w:val="28"/>
                <w:szCs w:val="24"/>
              </w:rPr>
            </w:pP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संस्थाको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नाम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>:</w:t>
            </w:r>
          </w:p>
        </w:tc>
        <w:tc>
          <w:tcPr>
            <w:tcW w:w="5575" w:type="dxa"/>
            <w:gridSpan w:val="4"/>
          </w:tcPr>
          <w:p w14:paraId="061D946F" w14:textId="62F601C8" w:rsidR="00D20747" w:rsidRPr="00655524" w:rsidRDefault="00D20747" w:rsidP="00D20747">
            <w:pPr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lang w:bidi="ne-NP"/>
              </w:rPr>
            </w:pPr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cs/>
                <w:lang w:bidi="ne-NP"/>
              </w:rPr>
              <w:t>व्यावसायिक सीप प्रवर्द्धन</w:t>
            </w:r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lang w:bidi="ne-NP"/>
              </w:rPr>
              <w:t xml:space="preserve"> </w:t>
            </w:r>
            <w:proofErr w:type="spellStart"/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lang w:bidi="ne-NP"/>
              </w:rPr>
              <w:t>सहकारी</w:t>
            </w:r>
            <w:proofErr w:type="spellEnd"/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lang w:bidi="ne-NP"/>
              </w:rPr>
              <w:t xml:space="preserve"> </w:t>
            </w:r>
            <w:proofErr w:type="spellStart"/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lang w:bidi="ne-NP"/>
              </w:rPr>
              <w:t>संस्था</w:t>
            </w:r>
            <w:proofErr w:type="spellEnd"/>
            <w:r w:rsidRPr="00655524">
              <w:rPr>
                <w:rFonts w:ascii="Kokila" w:hAnsi="Kokila" w:cs="Kokila"/>
                <w:b/>
                <w:bCs/>
                <w:color w:val="282828"/>
                <w:sz w:val="26"/>
                <w:szCs w:val="26"/>
                <w:cs/>
                <w:lang w:bidi="ne-NP"/>
              </w:rPr>
              <w:t xml:space="preserve"> लि.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</w:tcPr>
          <w:p w14:paraId="084B575B" w14:textId="5389E6F6" w:rsidR="00D20747" w:rsidRDefault="00D20747" w:rsidP="00D20747"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लेखा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परीक्षण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अवधि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: </w:t>
            </w:r>
          </w:p>
        </w:tc>
        <w:tc>
          <w:tcPr>
            <w:tcW w:w="5483" w:type="dxa"/>
            <w:tcBorders>
              <w:bottom w:val="single" w:sz="4" w:space="0" w:color="auto"/>
            </w:tcBorders>
            <w:shd w:val="clear" w:color="auto" w:fill="auto"/>
          </w:tcPr>
          <w:p w14:paraId="2BEE3953" w14:textId="77777777" w:rsidR="00D20747" w:rsidRDefault="00D20747"/>
        </w:tc>
      </w:tr>
      <w:tr w:rsidR="00D20747" w14:paraId="15D2B2E5" w14:textId="357C1A01" w:rsidTr="006959CF">
        <w:tc>
          <w:tcPr>
            <w:tcW w:w="1994" w:type="dxa"/>
            <w:gridSpan w:val="2"/>
          </w:tcPr>
          <w:p w14:paraId="07DE4C5A" w14:textId="70AC9C0A" w:rsidR="00D20747" w:rsidRPr="00655524" w:rsidRDefault="00D20747" w:rsidP="00D20747">
            <w:pPr>
              <w:rPr>
                <w:sz w:val="28"/>
                <w:szCs w:val="24"/>
              </w:rPr>
            </w:pP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परीक्षण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गरिएको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मिति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>:</w:t>
            </w:r>
          </w:p>
        </w:tc>
        <w:tc>
          <w:tcPr>
            <w:tcW w:w="5575" w:type="dxa"/>
            <w:gridSpan w:val="4"/>
          </w:tcPr>
          <w:p w14:paraId="7623BE62" w14:textId="77777777" w:rsidR="00D20747" w:rsidRPr="00655524" w:rsidRDefault="00D20747" w:rsidP="00D20747">
            <w:pPr>
              <w:rPr>
                <w:sz w:val="28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E1AE4" w14:textId="6C6E4175" w:rsidR="00D20747" w:rsidRDefault="00D20747" w:rsidP="00D20747"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आन्तरिक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लेखा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 xml:space="preserve"> </w:t>
            </w:r>
            <w:proofErr w:type="spellStart"/>
            <w:r w:rsidRPr="00655524">
              <w:rPr>
                <w:rFonts w:ascii="Kokila" w:hAnsi="Kokila"/>
                <w:b/>
                <w:sz w:val="28"/>
                <w:szCs w:val="24"/>
              </w:rPr>
              <w:t>परीक्षक</w:t>
            </w:r>
            <w:proofErr w:type="spellEnd"/>
            <w:r w:rsidRPr="00655524">
              <w:rPr>
                <w:rFonts w:ascii="Kokila" w:hAnsi="Kokila"/>
                <w:b/>
                <w:sz w:val="28"/>
                <w:szCs w:val="24"/>
              </w:rPr>
              <w:t>:</w:t>
            </w:r>
          </w:p>
        </w:tc>
        <w:tc>
          <w:tcPr>
            <w:tcW w:w="54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FE5940" w14:textId="77777777" w:rsidR="00D20747" w:rsidRDefault="00D20747"/>
        </w:tc>
      </w:tr>
      <w:tr w:rsidR="00D20747" w:rsidRPr="00397C67" w14:paraId="21DB3180" w14:textId="77777777" w:rsidTr="006959CF">
        <w:tc>
          <w:tcPr>
            <w:tcW w:w="608" w:type="dxa"/>
            <w:shd w:val="clear" w:color="auto" w:fill="365F91" w:themeFill="accent1" w:themeFillShade="BF"/>
          </w:tcPr>
          <w:p w14:paraId="75769319" w14:textId="77777777" w:rsidR="00D20747" w:rsidRPr="0053036F" w:rsidRDefault="00D20747" w:rsidP="00D20747">
            <w:pPr>
              <w:pStyle w:val="NoSpacing"/>
              <w:rPr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क्र</w:t>
            </w:r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>.</w:t>
            </w: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सं</w:t>
            </w:r>
            <w:proofErr w:type="spellEnd"/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>.</w:t>
            </w:r>
          </w:p>
        </w:tc>
        <w:tc>
          <w:tcPr>
            <w:tcW w:w="4084" w:type="dxa"/>
            <w:gridSpan w:val="2"/>
            <w:shd w:val="clear" w:color="auto" w:fill="365F91" w:themeFill="accent1" w:themeFillShade="BF"/>
          </w:tcPr>
          <w:p w14:paraId="60F61EA4" w14:textId="162CAC03" w:rsidR="00D20747" w:rsidRPr="0053036F" w:rsidRDefault="00D20747" w:rsidP="00D20747">
            <w:pPr>
              <w:pStyle w:val="NoSpacing"/>
              <w:rPr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परीक्षण</w:t>
            </w:r>
            <w:proofErr w:type="spellEnd"/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प्रश्नहरू</w:t>
            </w:r>
            <w:proofErr w:type="spellEnd"/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 xml:space="preserve"> /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सूचकहरू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</w:p>
        </w:tc>
        <w:tc>
          <w:tcPr>
            <w:tcW w:w="448" w:type="dxa"/>
            <w:shd w:val="clear" w:color="auto" w:fill="365F91" w:themeFill="accent1" w:themeFillShade="BF"/>
          </w:tcPr>
          <w:p w14:paraId="5D025D75" w14:textId="15392CFB" w:rsidR="00D20747" w:rsidRPr="0053036F" w:rsidRDefault="00D20747" w:rsidP="00D20747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  <w:cs/>
                <w:lang w:bidi="ne-NP"/>
              </w:rPr>
              <w:t>छ</w:t>
            </w:r>
          </w:p>
        </w:tc>
        <w:tc>
          <w:tcPr>
            <w:tcW w:w="452" w:type="dxa"/>
            <w:shd w:val="clear" w:color="auto" w:fill="365F91" w:themeFill="accent1" w:themeFillShade="BF"/>
          </w:tcPr>
          <w:p w14:paraId="3EC83037" w14:textId="3130B815" w:rsidR="00D20747" w:rsidRPr="0053036F" w:rsidRDefault="00D20747" w:rsidP="00D20747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  <w:cs/>
                <w:lang w:bidi="ne-NP"/>
              </w:rPr>
              <w:t xml:space="preserve">छैन </w:t>
            </w:r>
          </w:p>
        </w:tc>
        <w:tc>
          <w:tcPr>
            <w:tcW w:w="9618" w:type="dxa"/>
            <w:gridSpan w:val="3"/>
            <w:shd w:val="clear" w:color="auto" w:fill="365F91" w:themeFill="accent1" w:themeFillShade="BF"/>
          </w:tcPr>
          <w:p w14:paraId="77876FDC" w14:textId="1A90E6DE" w:rsidR="00D20747" w:rsidRPr="0053036F" w:rsidRDefault="00D20747" w:rsidP="00D20747">
            <w:pPr>
              <w:pStyle w:val="NoSpacing"/>
              <w:rPr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कैफियत</w:t>
            </w:r>
            <w:proofErr w:type="spellEnd"/>
            <w:r w:rsidRPr="0053036F">
              <w:rPr>
                <w:rFonts w:ascii="Kokila" w:hAnsi="Kokila" w:cs="Kokila" w:hint="cs"/>
                <w:b/>
                <w:bCs/>
                <w:color w:val="FFFFFF" w:themeColor="background1"/>
                <w:sz w:val="26"/>
                <w:szCs w:val="26"/>
                <w:cs/>
                <w:lang w:bidi="ne-NP"/>
              </w:rPr>
              <w:t>/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आन्तरिक</w:t>
            </w:r>
            <w:proofErr w:type="spellEnd"/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टिप्पणी</w:t>
            </w:r>
            <w:proofErr w:type="spellEnd"/>
            <w:r w:rsidRPr="0053036F">
              <w:rPr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(Remarks)</w:t>
            </w:r>
          </w:p>
        </w:tc>
      </w:tr>
      <w:tr w:rsidR="002579C9" w:rsidRPr="00397C67" w14:paraId="737C42E5" w14:textId="77777777" w:rsidTr="004E2449">
        <w:tc>
          <w:tcPr>
            <w:tcW w:w="15210" w:type="dxa"/>
            <w:gridSpan w:val="8"/>
            <w:shd w:val="clear" w:color="auto" w:fill="365F91" w:themeFill="accent1" w:themeFillShade="BF"/>
          </w:tcPr>
          <w:p w14:paraId="6734E684" w14:textId="28296478" w:rsidR="002579C9" w:rsidRPr="0053036F" w:rsidRDefault="00445C32" w:rsidP="00D20747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4"/>
                <w:szCs w:val="24"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१.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संस्थागत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सुशासन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(Institutional Governance)</w:t>
            </w:r>
          </w:p>
        </w:tc>
      </w:tr>
      <w:tr w:rsidR="00D20747" w14:paraId="4DE6BE82" w14:textId="77777777" w:rsidTr="006959CF">
        <w:trPr>
          <w:trHeight w:val="291"/>
        </w:trPr>
        <w:tc>
          <w:tcPr>
            <w:tcW w:w="608" w:type="dxa"/>
          </w:tcPr>
          <w:p w14:paraId="43D9F7C5" w14:textId="35A6629C" w:rsidR="00D20747" w:rsidRPr="00CA3D88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1C031BD5" w14:textId="3FC20A06" w:rsidR="00D20747" w:rsidRDefault="00D20747" w:rsidP="00D20747">
            <w:pPr>
              <w:jc w:val="both"/>
              <w:rPr>
                <w:cs/>
                <w:lang w:bidi="ne-NP"/>
              </w:rPr>
            </w:pP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आर्थिक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६ </w:t>
            </w:r>
            <w:proofErr w:type="spellStart"/>
            <w:r>
              <w:rPr>
                <w:rFonts w:ascii="Kokila" w:hAnsi="Kokila"/>
                <w:color w:val="282828"/>
              </w:rPr>
              <w:t>महिनाभित्र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सम्पन्न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E4F76F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994EC7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D6CB19D" w14:textId="240A6E6F" w:rsidR="00D20747" w:rsidRDefault="00D20747" w:rsidP="00D20747">
            <w:pPr>
              <w:rPr>
                <w:lang w:bidi="ne-NP"/>
              </w:rPr>
            </w:pPr>
          </w:p>
        </w:tc>
      </w:tr>
      <w:tr w:rsidR="00D20747" w14:paraId="503425BC" w14:textId="77777777" w:rsidTr="006959CF">
        <w:tc>
          <w:tcPr>
            <w:tcW w:w="608" w:type="dxa"/>
          </w:tcPr>
          <w:p w14:paraId="28275F6A" w14:textId="6819C2D8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0984255A" w14:textId="3A93686E" w:rsidR="00D20747" w:rsidRPr="00F85845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F85845">
              <w:rPr>
                <w:rFonts w:ascii="Kokila" w:hAnsi="Kokila" w:cs="Kokila"/>
                <w:color w:val="282828"/>
                <w:cs/>
                <w:lang w:bidi="hi-IN"/>
              </w:rPr>
              <w:t>नियमानुसार पैतालिस दिन नकटाई प्रत्येक महिना सञ्चालक समितिको बैठक बस्ने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 xml:space="preserve"> </w:t>
            </w:r>
            <w:r w:rsidRPr="00F85845">
              <w:rPr>
                <w:rFonts w:ascii="Kokila" w:hAnsi="Kokila" w:cs="Kokila"/>
                <w:color w:val="282828"/>
                <w:cs/>
                <w:lang w:bidi="hi-IN"/>
              </w:rPr>
              <w:t>गरेको छ</w:t>
            </w:r>
            <w:r w:rsidRPr="00F85845">
              <w:rPr>
                <w:rFonts w:ascii="Kokila" w:hAnsi="Kokila" w:cs="Kokila"/>
                <w:color w:val="282828"/>
              </w:rPr>
              <w:t>?</w:t>
            </w:r>
            <w:r w:rsidRPr="00F85845">
              <w:rPr>
                <w:rFonts w:ascii="Kokila" w:hAnsi="Kokila"/>
                <w:color w:val="282828"/>
              </w:rPr>
              <w:t xml:space="preserve"> </w:t>
            </w:r>
            <w:r>
              <w:rPr>
                <w:rFonts w:ascii="Kokila" w:hAnsi="Kokila" w:hint="cs"/>
                <w:color w:val="282828"/>
                <w:cs/>
                <w:lang w:bidi="ne-NP"/>
              </w:rPr>
              <w:t xml:space="preserve"> </w:t>
            </w:r>
          </w:p>
        </w:tc>
        <w:tc>
          <w:tcPr>
            <w:tcW w:w="448" w:type="dxa"/>
          </w:tcPr>
          <w:p w14:paraId="2D9997E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86476B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E64E865" w14:textId="3F3B5F0F" w:rsidR="00D20747" w:rsidRDefault="00D20747" w:rsidP="00D20747"/>
        </w:tc>
      </w:tr>
      <w:tr w:rsidR="00D20747" w14:paraId="2676D3E8" w14:textId="77777777" w:rsidTr="006959CF">
        <w:tc>
          <w:tcPr>
            <w:tcW w:w="608" w:type="dxa"/>
          </w:tcPr>
          <w:p w14:paraId="7B987C3A" w14:textId="306025D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23E2C298" w14:textId="31E5A0EB" w:rsidR="00D20747" w:rsidRDefault="00D20747" w:rsidP="00D20747">
            <w:pPr>
              <w:jc w:val="both"/>
              <w:rPr>
                <w:cs/>
                <w:lang w:bidi="ne-NP"/>
              </w:rPr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बैठक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महिनाको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कम्तीमा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पटक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बसेको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  <w:r>
              <w:rPr>
                <w:rFonts w:ascii="Kokila" w:hAnsi="Kokila" w:hint="cs"/>
                <w:color w:val="282828"/>
                <w:cs/>
                <w:lang w:bidi="ne-NP"/>
              </w:rPr>
              <w:t xml:space="preserve"> </w:t>
            </w:r>
          </w:p>
        </w:tc>
        <w:tc>
          <w:tcPr>
            <w:tcW w:w="448" w:type="dxa"/>
          </w:tcPr>
          <w:p w14:paraId="4D500F1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35EF4D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F8C5A73" w14:textId="77777777" w:rsidR="00D20747" w:rsidRDefault="00D20747" w:rsidP="00D20747"/>
        </w:tc>
      </w:tr>
      <w:tr w:rsidR="00D20747" w14:paraId="4A9980A5" w14:textId="77777777" w:rsidTr="006959CF">
        <w:tc>
          <w:tcPr>
            <w:tcW w:w="608" w:type="dxa"/>
          </w:tcPr>
          <w:p w14:paraId="37AC34DD" w14:textId="71A604A1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6474C3FF" w14:textId="5BA68E8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पुस्तिका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(Minute Book)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बमोजिम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ढङ्गले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E8FF2F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367D13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600DFE0" w14:textId="77777777" w:rsidR="00D20747" w:rsidRDefault="00D20747" w:rsidP="00D20747"/>
        </w:tc>
      </w:tr>
      <w:tr w:rsidR="00D20747" w14:paraId="670683A5" w14:textId="77777777" w:rsidTr="006959CF">
        <w:tc>
          <w:tcPr>
            <w:tcW w:w="608" w:type="dxa"/>
          </w:tcPr>
          <w:p w14:paraId="7DE925D6" w14:textId="612B45EF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745D7228" w14:textId="3F8E6F9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सुपरिवेक्षण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प्रत्येक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३/३ </w:t>
            </w:r>
            <w:proofErr w:type="spellStart"/>
            <w:r>
              <w:rPr>
                <w:rFonts w:ascii="Kokila" w:hAnsi="Kokila"/>
                <w:color w:val="282828"/>
              </w:rPr>
              <w:t>महिनामा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बुझाउने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FF16CA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BE13F5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C71DBB4" w14:textId="77777777" w:rsidR="00D20747" w:rsidRDefault="00D20747" w:rsidP="00D20747"/>
        </w:tc>
      </w:tr>
      <w:tr w:rsidR="00D20747" w14:paraId="7CB9BD34" w14:textId="77777777" w:rsidTr="006959CF">
        <w:tc>
          <w:tcPr>
            <w:tcW w:w="608" w:type="dxa"/>
          </w:tcPr>
          <w:p w14:paraId="7FF5497F" w14:textId="3EAC0A59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0011974F" w14:textId="5F85620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प्रचलित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मापदण्ड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योग्यता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क्षमता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DE6631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A73C4A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081C044" w14:textId="77777777" w:rsidR="00D20747" w:rsidRDefault="00D20747" w:rsidP="00D20747"/>
        </w:tc>
      </w:tr>
      <w:tr w:rsidR="00D20747" w14:paraId="48E94ADD" w14:textId="77777777" w:rsidTr="006959CF">
        <w:tc>
          <w:tcPr>
            <w:tcW w:w="608" w:type="dxa"/>
          </w:tcPr>
          <w:p w14:paraId="7C9C5F2F" w14:textId="0307AC5D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15FC927A" w14:textId="48ECE59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बीच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एकाघर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परिवार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स्वार्थको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द्वन्द्व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(Conflict of Interest) </w:t>
            </w:r>
            <w:proofErr w:type="spellStart"/>
            <w:r>
              <w:rPr>
                <w:rFonts w:ascii="Kokila" w:hAnsi="Kokila"/>
                <w:color w:val="282828"/>
              </w:rPr>
              <w:t>भए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नभएको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स्वघोषणा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58C044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78DB75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B9E7488" w14:textId="77777777" w:rsidR="00D20747" w:rsidRDefault="00D20747" w:rsidP="00D20747"/>
        </w:tc>
      </w:tr>
      <w:tr w:rsidR="00D20747" w14:paraId="6E8BA1A4" w14:textId="77777777" w:rsidTr="006959CF">
        <w:tc>
          <w:tcPr>
            <w:tcW w:w="608" w:type="dxa"/>
          </w:tcPr>
          <w:p w14:paraId="38E9E8BC" w14:textId="4420DFBC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00925615" w14:textId="710EAB0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कार्यविधि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आर्थिक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8FD18A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0A895C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3689792" w14:textId="77777777" w:rsidR="00D20747" w:rsidRDefault="00D20747" w:rsidP="00D20747"/>
        </w:tc>
      </w:tr>
      <w:tr w:rsidR="00D20747" w14:paraId="4FC80F11" w14:textId="77777777" w:rsidTr="006959CF">
        <w:tc>
          <w:tcPr>
            <w:tcW w:w="608" w:type="dxa"/>
          </w:tcPr>
          <w:p w14:paraId="7DC4F61A" w14:textId="31F664E8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08224872" w14:textId="0C3D2C4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विपरीत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भत्ता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सुविधा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पेस्की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64200C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D24911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0C77B0B" w14:textId="77777777" w:rsidR="00D20747" w:rsidRDefault="00D20747" w:rsidP="00D20747"/>
        </w:tc>
      </w:tr>
      <w:tr w:rsidR="00D20747" w14:paraId="7920119A" w14:textId="77777777" w:rsidTr="006959CF">
        <w:tc>
          <w:tcPr>
            <w:tcW w:w="608" w:type="dxa"/>
          </w:tcPr>
          <w:p w14:paraId="48F6D03F" w14:textId="18F7E4FF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3F9FEF42" w14:textId="1FA425D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सञ्चालकहरूले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विपरीत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5AA7FC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8F5F0F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F401987" w14:textId="77777777" w:rsidR="00D20747" w:rsidRDefault="00D20747" w:rsidP="00D20747"/>
        </w:tc>
      </w:tr>
      <w:tr w:rsidR="00D20747" w14:paraId="6A7605AC" w14:textId="77777777" w:rsidTr="006959CF">
        <w:tc>
          <w:tcPr>
            <w:tcW w:w="608" w:type="dxa"/>
          </w:tcPr>
          <w:p w14:paraId="5E503EAC" w14:textId="562DAB9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478144E5" w14:textId="65648E9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(KYC/Fit and Proper Test)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53CDB0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AACAE6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3673C03" w14:textId="77777777" w:rsidR="00D20747" w:rsidRDefault="00D20747" w:rsidP="00D20747"/>
        </w:tc>
      </w:tr>
      <w:tr w:rsidR="00D20747" w14:paraId="419511B1" w14:textId="77777777" w:rsidTr="006959CF">
        <w:tc>
          <w:tcPr>
            <w:tcW w:w="608" w:type="dxa"/>
          </w:tcPr>
          <w:p w14:paraId="4CC4755E" w14:textId="07A9DAA9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27D787D8" w14:textId="20B54E1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प्रतिवेदनमाथि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छलफल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सुधारका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कदम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चालेको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283242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C0E352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16DEFCC" w14:textId="77777777" w:rsidR="00D20747" w:rsidRDefault="00D20747" w:rsidP="00D20747"/>
        </w:tc>
      </w:tr>
      <w:tr w:rsidR="00D20747" w14:paraId="151F56CA" w14:textId="77777777" w:rsidTr="006959CF">
        <w:tc>
          <w:tcPr>
            <w:tcW w:w="608" w:type="dxa"/>
          </w:tcPr>
          <w:p w14:paraId="0ED49011" w14:textId="063ABD52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0BA78AB6" w14:textId="0E61C41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व्यावसायिक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योजना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(Business Plan) र </w:t>
            </w:r>
            <w:proofErr w:type="spellStart"/>
            <w:r>
              <w:rPr>
                <w:rFonts w:ascii="Kokila" w:hAnsi="Kokila"/>
                <w:color w:val="282828"/>
              </w:rPr>
              <w:t>दीर्घकालीन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सोच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कार्यान्वयनमा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58113E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3E4553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9D540AF" w14:textId="77777777" w:rsidR="00D20747" w:rsidRDefault="00D20747" w:rsidP="00D20747"/>
        </w:tc>
      </w:tr>
      <w:tr w:rsidR="00D20747" w14:paraId="2E42CF61" w14:textId="77777777" w:rsidTr="006959CF">
        <w:tc>
          <w:tcPr>
            <w:tcW w:w="608" w:type="dxa"/>
          </w:tcPr>
          <w:p w14:paraId="6E51355C" w14:textId="38FC1EEE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3C78EA2E" w14:textId="268FC90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निर्वाचन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पारदर्शी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5BCC5F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602A99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6F8B4F5" w14:textId="339886F9" w:rsidR="00D20747" w:rsidRDefault="00D20747" w:rsidP="00D20747"/>
        </w:tc>
      </w:tr>
      <w:tr w:rsidR="00D20747" w14:paraId="385F2D93" w14:textId="77777777" w:rsidTr="006959CF">
        <w:tc>
          <w:tcPr>
            <w:tcW w:w="608" w:type="dxa"/>
          </w:tcPr>
          <w:p w14:paraId="541A94CD" w14:textId="48816CA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१५</w:t>
            </w:r>
          </w:p>
        </w:tc>
        <w:tc>
          <w:tcPr>
            <w:tcW w:w="4084" w:type="dxa"/>
            <w:gridSpan w:val="2"/>
          </w:tcPr>
          <w:p w14:paraId="1ACB7123" w14:textId="7FA5689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सुपरिवेक्षण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स्वतन्त्र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वातावरण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उपलब्ध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9C01E7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A5C768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6FD241D" w14:textId="77777777" w:rsidR="00D20747" w:rsidRDefault="00D20747" w:rsidP="00D20747"/>
        </w:tc>
      </w:tr>
      <w:tr w:rsidR="00D20747" w14:paraId="6333FDBB" w14:textId="77777777" w:rsidTr="006959CF">
        <w:tc>
          <w:tcPr>
            <w:tcW w:w="608" w:type="dxa"/>
          </w:tcPr>
          <w:p w14:paraId="36642D5B" w14:textId="19F34C62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3C2CC471" w14:textId="35E26D4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सुशासन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तालिम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प्रदान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C78E85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576EBE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5909B47" w14:textId="77777777" w:rsidR="00D20747" w:rsidRDefault="00D20747" w:rsidP="00D20747"/>
          <w:p w14:paraId="025A7480" w14:textId="7D98AE49" w:rsidR="00E91C58" w:rsidRPr="00E91C58" w:rsidRDefault="00E91C58" w:rsidP="00B64D5C">
            <w:pPr>
              <w:tabs>
                <w:tab w:val="left" w:pos="1848"/>
                <w:tab w:val="left" w:pos="8249"/>
              </w:tabs>
            </w:pPr>
            <w:r>
              <w:tab/>
            </w:r>
            <w:r w:rsidR="00B64D5C">
              <w:tab/>
            </w:r>
          </w:p>
        </w:tc>
      </w:tr>
      <w:tr w:rsidR="00D20747" w14:paraId="23F2BFA7" w14:textId="77777777" w:rsidTr="006959CF">
        <w:tc>
          <w:tcPr>
            <w:tcW w:w="608" w:type="dxa"/>
          </w:tcPr>
          <w:p w14:paraId="5C99E7B8" w14:textId="3C1EA2AA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175B6732" w14:textId="1C591D2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उजुरी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सुनुवाइ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सुझाव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व्यवस्थापनका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उजुरी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पेटीका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छुट्टै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संयन्त्र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892AB7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DC937A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39C72F4" w14:textId="77777777" w:rsidR="00D20747" w:rsidRDefault="00D20747" w:rsidP="00D20747"/>
        </w:tc>
      </w:tr>
      <w:tr w:rsidR="00D20747" w14:paraId="29E7C7E0" w14:textId="77777777" w:rsidTr="006959CF">
        <w:tc>
          <w:tcPr>
            <w:tcW w:w="608" w:type="dxa"/>
          </w:tcPr>
          <w:p w14:paraId="32AF284F" w14:textId="5F6FD92A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04AA32D9" w14:textId="5A647A7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सूचनाहरू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पारदर्शी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प्रवाह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(Information Disclosure)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06D61A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F47638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A8C0D52" w14:textId="77777777" w:rsidR="00D20747" w:rsidRDefault="00D20747" w:rsidP="00D20747"/>
        </w:tc>
      </w:tr>
      <w:tr w:rsidR="00D20747" w14:paraId="47FBB18C" w14:textId="77777777" w:rsidTr="006959CF">
        <w:tc>
          <w:tcPr>
            <w:tcW w:w="608" w:type="dxa"/>
          </w:tcPr>
          <w:p w14:paraId="3BEBAD73" w14:textId="570013D6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5B69DCC8" w14:textId="5974256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बमोजिम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महिला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वर्गको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समावेशी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प्रतिनिधित्व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747D3D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9971AF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A0975DF" w14:textId="77777777" w:rsidR="00D20747" w:rsidRDefault="00D20747" w:rsidP="00D20747"/>
        </w:tc>
      </w:tr>
      <w:tr w:rsidR="00D20747" w14:paraId="550DA020" w14:textId="77777777" w:rsidTr="006959CF">
        <w:tc>
          <w:tcPr>
            <w:tcW w:w="608" w:type="dxa"/>
          </w:tcPr>
          <w:p w14:paraId="1DD710EB" w14:textId="567C857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5EB0BEAB" w14:textId="5934EAE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अनधिकृत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हस्तक्षेप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दबाब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D8F81E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5778EA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B7510AC" w14:textId="77777777" w:rsidR="00D20747" w:rsidRDefault="00D20747" w:rsidP="00D20747"/>
        </w:tc>
      </w:tr>
      <w:tr w:rsidR="00D20747" w14:paraId="7A5C962D" w14:textId="77777777" w:rsidTr="006959CF">
        <w:tc>
          <w:tcPr>
            <w:tcW w:w="608" w:type="dxa"/>
          </w:tcPr>
          <w:p w14:paraId="06C4DF65" w14:textId="03E45AE2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२१</w:t>
            </w:r>
          </w:p>
        </w:tc>
        <w:tc>
          <w:tcPr>
            <w:tcW w:w="4084" w:type="dxa"/>
            <w:gridSpan w:val="2"/>
          </w:tcPr>
          <w:p w14:paraId="49BACB28" w14:textId="601CAF7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(Internal Control System)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वार्षिक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समीक्षा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E10907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C83751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AA295E0" w14:textId="77777777" w:rsidR="00D20747" w:rsidRDefault="00D20747" w:rsidP="00D20747"/>
        </w:tc>
      </w:tr>
      <w:tr w:rsidR="00D20747" w14:paraId="63FE5E30" w14:textId="77777777" w:rsidTr="006959CF">
        <w:tc>
          <w:tcPr>
            <w:tcW w:w="608" w:type="dxa"/>
          </w:tcPr>
          <w:p w14:paraId="22C680B3" w14:textId="75373BB7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२२</w:t>
            </w:r>
          </w:p>
        </w:tc>
        <w:tc>
          <w:tcPr>
            <w:tcW w:w="4084" w:type="dxa"/>
            <w:gridSpan w:val="2"/>
          </w:tcPr>
          <w:p w14:paraId="344421EE" w14:textId="30C9D8CF" w:rsidR="00D20747" w:rsidRPr="005D7F5C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>कोपोमिस प्रणालीमा समष्टिगत प्रतिवेदन प्रविष्टि गरेको छ</w:t>
            </w:r>
            <w:r w:rsidRPr="005D7F5C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4D6653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FF5492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D0F6E11" w14:textId="77777777" w:rsidR="00D20747" w:rsidRDefault="00D20747" w:rsidP="00D20747"/>
        </w:tc>
      </w:tr>
      <w:tr w:rsidR="00D20747" w14:paraId="260ABFB2" w14:textId="77777777" w:rsidTr="006959CF">
        <w:tc>
          <w:tcPr>
            <w:tcW w:w="608" w:type="dxa"/>
          </w:tcPr>
          <w:p w14:paraId="7BEE4785" w14:textId="62FACDF8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२३</w:t>
            </w:r>
          </w:p>
        </w:tc>
        <w:tc>
          <w:tcPr>
            <w:tcW w:w="4084" w:type="dxa"/>
            <w:gridSpan w:val="2"/>
          </w:tcPr>
          <w:p w14:paraId="7F3AC43B" w14:textId="0E4C522F" w:rsidR="00D20747" w:rsidRPr="005D7F5C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</w:rPr>
            </w:pP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कोपोमिस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प्रणालीमा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विस्तृत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प्रतिवेदन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प्रविष्टि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गरेको</w:t>
            </w:r>
            <w:r w:rsidRPr="005D7F5C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D7F5C">
              <w:rPr>
                <w:rFonts w:ascii="Kokila" w:hAnsi="Kokila" w:cs="Kokila" w:hint="cs"/>
                <w:color w:val="282828"/>
                <w:cs/>
                <w:lang w:bidi="hi-IN"/>
              </w:rPr>
              <w:t>छ</w:t>
            </w:r>
            <w:r w:rsidRPr="005D7F5C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C8702A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27D4D7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3C19F58" w14:textId="77777777" w:rsidR="00D20747" w:rsidRDefault="00D20747" w:rsidP="00D20747"/>
        </w:tc>
      </w:tr>
      <w:tr w:rsidR="00D20747" w14:paraId="1B216701" w14:textId="77777777" w:rsidTr="006959CF">
        <w:tc>
          <w:tcPr>
            <w:tcW w:w="608" w:type="dxa"/>
          </w:tcPr>
          <w:p w14:paraId="4315F868" w14:textId="4ABC91EA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२४</w:t>
            </w:r>
          </w:p>
        </w:tc>
        <w:tc>
          <w:tcPr>
            <w:tcW w:w="4084" w:type="dxa"/>
            <w:gridSpan w:val="2"/>
          </w:tcPr>
          <w:p w14:paraId="3CE78D64" w14:textId="38621951" w:rsidR="00D20747" w:rsidRPr="005D7F5C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</w:rPr>
            </w:pP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सहकारी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संस्थाले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आफ्नो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वित्तिय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एवं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मासिक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प्रगति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प्रतिवेदन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सार्वजनिक</w:t>
            </w:r>
            <w:r w:rsidRPr="00C40694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C40694">
              <w:rPr>
                <w:rFonts w:ascii="Kokila" w:hAnsi="Kokila" w:cs="Kokila" w:hint="cs"/>
                <w:color w:val="282828"/>
                <w:cs/>
                <w:lang w:bidi="hi-IN"/>
              </w:rPr>
              <w:t>गरेको</w:t>
            </w:r>
            <w:r>
              <w:rPr>
                <w:rFonts w:ascii="Kokila" w:hAnsi="Kokila" w:cs="Kokila"/>
                <w:color w:val="282828"/>
              </w:rPr>
              <w:t xml:space="preserve"> </w:t>
            </w:r>
            <w:r>
              <w:rPr>
                <w:rFonts w:ascii="Kokila" w:hAnsi="Kokila"/>
                <w:color w:val="282828"/>
              </w:rPr>
              <w:t>छ?</w:t>
            </w:r>
          </w:p>
        </w:tc>
        <w:tc>
          <w:tcPr>
            <w:tcW w:w="448" w:type="dxa"/>
          </w:tcPr>
          <w:p w14:paraId="1A28067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C8D454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AABC7EC" w14:textId="77777777" w:rsidR="00D20747" w:rsidRDefault="00D20747" w:rsidP="00D20747"/>
        </w:tc>
      </w:tr>
      <w:tr w:rsidR="00D20747" w14:paraId="0B182CDE" w14:textId="77777777" w:rsidTr="006959CF">
        <w:tc>
          <w:tcPr>
            <w:tcW w:w="608" w:type="dxa"/>
          </w:tcPr>
          <w:p w14:paraId="5F938421" w14:textId="3F368A49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२५</w:t>
            </w:r>
          </w:p>
        </w:tc>
        <w:tc>
          <w:tcPr>
            <w:tcW w:w="4084" w:type="dxa"/>
            <w:gridSpan w:val="2"/>
          </w:tcPr>
          <w:p w14:paraId="3940D82E" w14:textId="19C0C00B" w:rsidR="00D20747" w:rsidRPr="005D7F5C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</w:rPr>
            </w:pP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सहकारी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दर्ता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अधिकारीको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कार्यालयमा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मासिक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र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चौमासिक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प्रतिवेदन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तोकिएको</w:t>
            </w:r>
            <w:r>
              <w:rPr>
                <w:rFonts w:ascii="Kokila" w:hAnsi="Kokila" w:cs="Kokila"/>
                <w:color w:val="282828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समयमा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(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कोपोमिस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प्रणालीबाट</w:t>
            </w:r>
            <w:r>
              <w:rPr>
                <w:rFonts w:ascii="Kokila" w:hAnsi="Kokila" w:cs="Kokila"/>
                <w:color w:val="282828"/>
                <w:lang w:bidi="hi-IN"/>
              </w:rPr>
              <w:t>/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भौतिक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रुपमा</w:t>
            </w:r>
            <w:r>
              <w:rPr>
                <w:rFonts w:ascii="Kokila" w:hAnsi="Kokila" w:cs="Kokila"/>
                <w:color w:val="282828"/>
                <w:lang w:bidi="hi-IN"/>
              </w:rPr>
              <w:t>/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)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पेश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गरेको</w:t>
            </w:r>
            <w:r w:rsidRPr="002C3E51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2C3E51">
              <w:rPr>
                <w:rFonts w:ascii="Kokila" w:hAnsi="Kokila" w:cs="Kokila" w:hint="cs"/>
                <w:color w:val="282828"/>
                <w:cs/>
                <w:lang w:bidi="hi-IN"/>
              </w:rPr>
              <w:t>छ</w:t>
            </w:r>
            <w:r w:rsidRPr="002C3E51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7B22FA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9DB1CC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A10A1B4" w14:textId="77777777" w:rsidR="00D20747" w:rsidRDefault="00D20747" w:rsidP="00D20747"/>
        </w:tc>
      </w:tr>
      <w:tr w:rsidR="00D20747" w14:paraId="3BF0CF7A" w14:textId="77777777" w:rsidTr="006959CF">
        <w:tc>
          <w:tcPr>
            <w:tcW w:w="608" w:type="dxa"/>
          </w:tcPr>
          <w:p w14:paraId="444E32C5" w14:textId="2A63E8EA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२६</w:t>
            </w:r>
          </w:p>
        </w:tc>
        <w:tc>
          <w:tcPr>
            <w:tcW w:w="4084" w:type="dxa"/>
            <w:gridSpan w:val="2"/>
          </w:tcPr>
          <w:p w14:paraId="06FE8AAF" w14:textId="011AAB84" w:rsidR="00D20747" w:rsidRPr="002C3E51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</w:rPr>
            </w:pP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सहकारी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दर्ता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अधिकारीको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कार्यालयमा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वार्षिक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प्रतिवेदन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तोकिएको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समय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सिमा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भित्र</w:t>
            </w:r>
            <w:r>
              <w:rPr>
                <w:rFonts w:ascii="Kokila" w:hAnsi="Kokila" w:cs="Kokila"/>
                <w:color w:val="282828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पेश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गरेको</w:t>
            </w:r>
            <w:r w:rsidRPr="00A017A8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A017A8">
              <w:rPr>
                <w:rFonts w:ascii="Kokila" w:hAnsi="Kokila" w:cs="Kokila" w:hint="cs"/>
                <w:color w:val="282828"/>
                <w:cs/>
                <w:lang w:bidi="hi-IN"/>
              </w:rPr>
              <w:t>छ</w:t>
            </w:r>
            <w:r w:rsidRPr="00A017A8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E1B0A4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E653FA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11F619E" w14:textId="77777777" w:rsidR="00D20747" w:rsidRDefault="00D20747" w:rsidP="00D20747"/>
        </w:tc>
      </w:tr>
      <w:tr w:rsidR="00D20747" w14:paraId="34FE5402" w14:textId="77777777" w:rsidTr="006959CF">
        <w:tc>
          <w:tcPr>
            <w:tcW w:w="608" w:type="dxa"/>
          </w:tcPr>
          <w:p w14:paraId="6FEE6BF3" w14:textId="55EB1D0B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२७</w:t>
            </w:r>
          </w:p>
        </w:tc>
        <w:tc>
          <w:tcPr>
            <w:tcW w:w="4084" w:type="dxa"/>
            <w:gridSpan w:val="2"/>
          </w:tcPr>
          <w:p w14:paraId="28B02C56" w14:textId="4D202E3E" w:rsidR="00D20747" w:rsidRPr="002C3E51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 w:rsidRPr="009F2AF9">
              <w:rPr>
                <w:rFonts w:ascii="Kokila" w:hAnsi="Kokila" w:cs="Kokila"/>
                <w:color w:val="282828"/>
                <w:lang w:bidi="ne-NP"/>
              </w:rPr>
              <w:t>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१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बचत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२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ऋण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आर्थिक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प्रशासन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मानव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संशाधन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सदस्यता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>)</w:t>
            </w:r>
            <w:r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सम्पति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शुद्धिकरण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निवारण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(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)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निर्वाचन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कार्यविधि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>
              <w:rPr>
                <w:rFonts w:ascii="Kokila" w:hAnsi="Kokila" w:cs="Kokila"/>
                <w:color w:val="282828"/>
                <w:lang w:bidi="ne-NP"/>
              </w:rPr>
              <w:t>(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  <w:r>
              <w:rPr>
                <w:rFonts w:ascii="Kokila" w:hAnsi="Kokila" w:cs="Kokila"/>
                <w:color w:val="282828"/>
                <w:lang w:bidi="ne-NP"/>
              </w:rPr>
              <w:t>)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वार्षिक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साधारण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सभा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सञ्चालन</w:t>
            </w:r>
            <w:r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कार्यविधि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गरी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कम्तिमा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 xml:space="preserve">८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वटा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आन्तरिक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कार्यविधि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तयार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गरी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साधारण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सभाबाट</w:t>
            </w:r>
            <w:r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स्वीकृत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गरी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लागू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गरिएको</w:t>
            </w:r>
            <w:r w:rsidRPr="009F2AF9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 w:rsidRPr="009F2AF9">
              <w:rPr>
                <w:rFonts w:ascii="Kokila" w:hAnsi="Kokila" w:cs="Kokila" w:hint="cs"/>
                <w:color w:val="282828"/>
                <w:cs/>
                <w:lang w:bidi="ne-NP"/>
              </w:rPr>
              <w:t>छ</w:t>
            </w:r>
            <w:r w:rsidRPr="009F2AF9">
              <w:rPr>
                <w:rFonts w:ascii="Kokila" w:hAnsi="Kokila" w:cs="Kokila"/>
                <w:color w:val="282828"/>
                <w:lang w:bidi="ne-NP"/>
              </w:rPr>
              <w:t>?</w:t>
            </w:r>
          </w:p>
        </w:tc>
        <w:tc>
          <w:tcPr>
            <w:tcW w:w="448" w:type="dxa"/>
          </w:tcPr>
          <w:p w14:paraId="09A197D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749E5B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E226FC" w14:textId="77777777" w:rsidR="00D20747" w:rsidRDefault="00D20747" w:rsidP="00D20747"/>
        </w:tc>
      </w:tr>
      <w:tr w:rsidR="00D20747" w14:paraId="24D7C09A" w14:textId="77777777" w:rsidTr="006959CF">
        <w:tc>
          <w:tcPr>
            <w:tcW w:w="608" w:type="dxa"/>
          </w:tcPr>
          <w:p w14:paraId="4CFA3A74" w14:textId="42E65012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२८</w:t>
            </w:r>
          </w:p>
        </w:tc>
        <w:tc>
          <w:tcPr>
            <w:tcW w:w="4084" w:type="dxa"/>
            <w:gridSpan w:val="2"/>
          </w:tcPr>
          <w:p w14:paraId="36A14297" w14:textId="4B8160CF" w:rsidR="00D20747" w:rsidRPr="00142339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 w:rsidRPr="00142339">
              <w:rPr>
                <w:rFonts w:ascii="Kokila" w:hAnsi="Kokila" w:cs="Kokila"/>
                <w:cs/>
                <w:lang w:bidi="hi-IN"/>
              </w:rPr>
              <w:t>सन्दर्भ व्याजदर लागू गरिएको छ</w:t>
            </w:r>
            <w:r w:rsidRPr="00142339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63847B8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C83369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5C51587" w14:textId="77777777" w:rsidR="00D20747" w:rsidRDefault="00D20747" w:rsidP="00D20747"/>
        </w:tc>
      </w:tr>
      <w:tr w:rsidR="00D20747" w14:paraId="1CD753B9" w14:textId="77777777" w:rsidTr="006959CF">
        <w:tc>
          <w:tcPr>
            <w:tcW w:w="608" w:type="dxa"/>
          </w:tcPr>
          <w:p w14:paraId="731CAB92" w14:textId="189A96D6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२९</w:t>
            </w:r>
          </w:p>
        </w:tc>
        <w:tc>
          <w:tcPr>
            <w:tcW w:w="4084" w:type="dxa"/>
            <w:gridSpan w:val="2"/>
          </w:tcPr>
          <w:p w14:paraId="2DEEFBAC" w14:textId="0781E9AC" w:rsidR="00D20747" w:rsidRPr="00142339" w:rsidRDefault="00D20747" w:rsidP="00D20747">
            <w:pPr>
              <w:jc w:val="both"/>
              <w:rPr>
                <w:rFonts w:ascii="Kokila" w:hAnsi="Kokila" w:cs="Kokila"/>
                <w:cs/>
              </w:rPr>
            </w:pPr>
            <w:r w:rsidRPr="002C6A66">
              <w:rPr>
                <w:rFonts w:ascii="Kokila" w:hAnsi="Kokila" w:cs="Kokila" w:hint="cs"/>
                <w:cs/>
                <w:lang w:bidi="hi-IN"/>
              </w:rPr>
              <w:t>ऋणमा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लाग्ने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व्याजलाई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मुल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ऋइमा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पुँजिकृत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गरी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सोको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आधारमा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व्याज</w:t>
            </w:r>
            <w:r w:rsidRPr="002C6A66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लगाईएको</w:t>
            </w:r>
            <w:r>
              <w:rPr>
                <w:rFonts w:ascii="Kokila" w:hAnsi="Kokila" w:cs="Kokila" w:hint="cs"/>
                <w:cs/>
                <w:lang w:bidi="ne-NP"/>
              </w:rPr>
              <w:t xml:space="preserve"> </w:t>
            </w:r>
            <w:r w:rsidRPr="002C6A66">
              <w:rPr>
                <w:rFonts w:ascii="Kokila" w:hAnsi="Kokila" w:cs="Kokila" w:hint="cs"/>
                <w:cs/>
                <w:lang w:bidi="hi-IN"/>
              </w:rPr>
              <w:t>छ</w:t>
            </w:r>
            <w:r w:rsidRPr="002C6A66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4439C43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72A07F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291C24A" w14:textId="77777777" w:rsidR="00D20747" w:rsidRDefault="00D20747" w:rsidP="00D20747"/>
        </w:tc>
      </w:tr>
      <w:tr w:rsidR="00D20747" w14:paraId="2CE47AE1" w14:textId="77777777" w:rsidTr="006959CF">
        <w:tc>
          <w:tcPr>
            <w:tcW w:w="608" w:type="dxa"/>
          </w:tcPr>
          <w:p w14:paraId="2B418623" w14:textId="7D99507A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३०</w:t>
            </w:r>
          </w:p>
        </w:tc>
        <w:tc>
          <w:tcPr>
            <w:tcW w:w="4084" w:type="dxa"/>
            <w:gridSpan w:val="2"/>
          </w:tcPr>
          <w:p w14:paraId="0BC3B09A" w14:textId="2E4A2EBB" w:rsidR="00D20747" w:rsidRPr="00142339" w:rsidRDefault="00D20747" w:rsidP="00D20747">
            <w:pPr>
              <w:jc w:val="both"/>
              <w:rPr>
                <w:rFonts w:ascii="Kokila" w:hAnsi="Kokila" w:cs="Kokila"/>
                <w:cs/>
              </w:rPr>
            </w:pPr>
            <w:r w:rsidRPr="00A747E1">
              <w:rPr>
                <w:rFonts w:ascii="Kokila" w:hAnsi="Kokila" w:cs="Kokila" w:hint="cs"/>
                <w:cs/>
                <w:lang w:bidi="hi-IN"/>
              </w:rPr>
              <w:t>संस्थामा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रहेको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महत्वपूर्ण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कागजात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र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सम्पति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कस्को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जिम्मामा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रहने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भन्ने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जिम्मेवारी</w:t>
            </w:r>
            <w:r>
              <w:rPr>
                <w:rFonts w:ascii="Kokila" w:hAnsi="Kokila" w:cs="Kokila" w:hint="cs"/>
                <w:cs/>
                <w:lang w:bidi="ne-NP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परिभाषित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भएको</w:t>
            </w:r>
            <w:r w:rsidRPr="00A747E1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A747E1">
              <w:rPr>
                <w:rFonts w:ascii="Kokila" w:hAnsi="Kokila" w:cs="Kokila" w:hint="cs"/>
                <w:cs/>
                <w:lang w:bidi="hi-IN"/>
              </w:rPr>
              <w:t>छ</w:t>
            </w:r>
            <w:r w:rsidRPr="00A747E1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6D5ACD2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F7D166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2B60B83" w14:textId="77777777" w:rsidR="00D20747" w:rsidRDefault="00D20747" w:rsidP="00D20747"/>
        </w:tc>
      </w:tr>
      <w:tr w:rsidR="00D20747" w14:paraId="30DEB0EF" w14:textId="77777777" w:rsidTr="006959CF">
        <w:tc>
          <w:tcPr>
            <w:tcW w:w="608" w:type="dxa"/>
          </w:tcPr>
          <w:p w14:paraId="21D437F8" w14:textId="7DB1561F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३१</w:t>
            </w:r>
          </w:p>
        </w:tc>
        <w:tc>
          <w:tcPr>
            <w:tcW w:w="4084" w:type="dxa"/>
            <w:gridSpan w:val="2"/>
          </w:tcPr>
          <w:p w14:paraId="6573F664" w14:textId="0AA135E9" w:rsidR="00D20747" w:rsidRPr="00142339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2F7524">
              <w:rPr>
                <w:rFonts w:ascii="Kokila" w:hAnsi="Kokila" w:cs="Kokila" w:hint="cs"/>
                <w:cs/>
                <w:lang w:bidi="hi-IN"/>
              </w:rPr>
              <w:t>संस्थाले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वार्षिक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रुपमा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जिन्सी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निरिक्षण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गरेको</w:t>
            </w:r>
            <w:r w:rsidRPr="002F7524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2F7524">
              <w:rPr>
                <w:rFonts w:ascii="Kokila" w:hAnsi="Kokila" w:cs="Kokila" w:hint="cs"/>
                <w:cs/>
                <w:lang w:bidi="hi-IN"/>
              </w:rPr>
              <w:t>छ</w:t>
            </w:r>
            <w:r w:rsidRPr="002F7524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2CC0373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51401F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959B0C0" w14:textId="77777777" w:rsidR="00D20747" w:rsidRDefault="00D20747" w:rsidP="00D20747"/>
        </w:tc>
      </w:tr>
      <w:tr w:rsidR="00D20747" w14:paraId="665DE0AF" w14:textId="77777777" w:rsidTr="006959CF">
        <w:tc>
          <w:tcPr>
            <w:tcW w:w="608" w:type="dxa"/>
          </w:tcPr>
          <w:p w14:paraId="2F92A839" w14:textId="1741E291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३२</w:t>
            </w:r>
          </w:p>
        </w:tc>
        <w:tc>
          <w:tcPr>
            <w:tcW w:w="4084" w:type="dxa"/>
            <w:gridSpan w:val="2"/>
          </w:tcPr>
          <w:p w14:paraId="284C52EC" w14:textId="56010FDF" w:rsidR="00D20747" w:rsidRPr="002F7524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0C4015">
              <w:rPr>
                <w:rFonts w:ascii="Kokila" w:hAnsi="Kokila" w:cs="Kokila" w:hint="cs"/>
                <w:cs/>
                <w:lang w:bidi="hi-IN"/>
              </w:rPr>
              <w:t>संस्थाको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रणनैतिक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>
              <w:rPr>
                <w:rFonts w:ascii="Kokila" w:hAnsi="Kokila" w:cs="Kokila"/>
                <w:cs/>
                <w:lang w:bidi="hi-IN"/>
              </w:rPr>
              <w:t>/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व्यवसायिक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योजना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बनेको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छ</w:t>
            </w:r>
            <w:r w:rsidRPr="000C4015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1315F4C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C5BAC3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30588CC" w14:textId="77777777" w:rsidR="00D20747" w:rsidRDefault="00D20747" w:rsidP="00D20747"/>
        </w:tc>
      </w:tr>
      <w:tr w:rsidR="00D20747" w14:paraId="620B9A46" w14:textId="77777777" w:rsidTr="006959CF">
        <w:tc>
          <w:tcPr>
            <w:tcW w:w="608" w:type="dxa"/>
          </w:tcPr>
          <w:p w14:paraId="70F36244" w14:textId="559D9F87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३३</w:t>
            </w:r>
          </w:p>
        </w:tc>
        <w:tc>
          <w:tcPr>
            <w:tcW w:w="4084" w:type="dxa"/>
            <w:gridSpan w:val="2"/>
          </w:tcPr>
          <w:p w14:paraId="440DB1E1" w14:textId="616EF22C" w:rsidR="00D20747" w:rsidRPr="002F7524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0C4015">
              <w:rPr>
                <w:rFonts w:ascii="Kokila" w:hAnsi="Kokila" w:cs="Kokila" w:hint="cs"/>
                <w:cs/>
                <w:lang w:bidi="hi-IN"/>
              </w:rPr>
              <w:t>संस्थाको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बार्षिक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योजना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बनेको</w:t>
            </w:r>
            <w:r w:rsidRPr="000C4015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0C4015">
              <w:rPr>
                <w:rFonts w:ascii="Kokila" w:hAnsi="Kokila" w:cs="Kokila" w:hint="cs"/>
                <w:cs/>
                <w:lang w:bidi="hi-IN"/>
              </w:rPr>
              <w:t>छ</w:t>
            </w:r>
            <w:r w:rsidRPr="000C4015">
              <w:rPr>
                <w:rFonts w:ascii="Kokila" w:hAnsi="Kokila" w:cs="Kokila"/>
              </w:rPr>
              <w:t>?</w:t>
            </w:r>
            <w:r>
              <w:rPr>
                <w:rFonts w:ascii="Kokila" w:hAnsi="Kokila" w:cs="Kokila"/>
              </w:rPr>
              <w:t xml:space="preserve"> </w:t>
            </w:r>
            <w:r>
              <w:rPr>
                <w:rFonts w:ascii="Kokila" w:hAnsi="Kokila" w:cs="Kokila" w:hint="cs"/>
                <w:cs/>
                <w:lang w:bidi="ne-NP"/>
              </w:rPr>
              <w:t>छ भने कार्यन्वयन भएको छ?</w:t>
            </w:r>
          </w:p>
        </w:tc>
        <w:tc>
          <w:tcPr>
            <w:tcW w:w="448" w:type="dxa"/>
          </w:tcPr>
          <w:p w14:paraId="5C6DE33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EB2DD6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AADA124" w14:textId="77777777" w:rsidR="00D20747" w:rsidRDefault="00D20747" w:rsidP="00D20747"/>
        </w:tc>
      </w:tr>
      <w:tr w:rsidR="00D20747" w14:paraId="20597228" w14:textId="77777777" w:rsidTr="006959CF">
        <w:tc>
          <w:tcPr>
            <w:tcW w:w="608" w:type="dxa"/>
          </w:tcPr>
          <w:p w14:paraId="75E5D235" w14:textId="7E532FEB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३४</w:t>
            </w:r>
          </w:p>
        </w:tc>
        <w:tc>
          <w:tcPr>
            <w:tcW w:w="4084" w:type="dxa"/>
            <w:gridSpan w:val="2"/>
          </w:tcPr>
          <w:p w14:paraId="0CBE2FFF" w14:textId="76F294E2" w:rsidR="00D20747" w:rsidRPr="002F7524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 w:rsidRPr="004C4B16">
              <w:rPr>
                <w:rFonts w:ascii="Kokila" w:hAnsi="Kokila" w:cs="Kokila"/>
                <w:lang w:bidi="ne-NP"/>
              </w:rPr>
              <w:t xml:space="preserve">STR, TTR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सम्वन्धि</w:t>
            </w:r>
            <w:r w:rsidRPr="004C4B16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प्रतिवेदन</w:t>
            </w:r>
            <w:r w:rsidRPr="004C4B16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नियमित</w:t>
            </w:r>
            <w:r w:rsidRPr="004C4B16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पठाउने</w:t>
            </w:r>
            <w:r w:rsidRPr="004C4B16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गरेको</w:t>
            </w:r>
            <w:r w:rsidRPr="004C4B16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4C4B16">
              <w:rPr>
                <w:rFonts w:ascii="Kokila" w:hAnsi="Kokila" w:cs="Kokila" w:hint="cs"/>
                <w:cs/>
                <w:lang w:bidi="ne-NP"/>
              </w:rPr>
              <w:t>छ</w:t>
            </w:r>
            <w:r>
              <w:rPr>
                <w:rFonts w:ascii="Kokila" w:hAnsi="Kokila" w:cs="Kokila" w:hint="cs"/>
                <w:cs/>
                <w:lang w:bidi="ne-NP"/>
              </w:rPr>
              <w:t>?</w:t>
            </w:r>
          </w:p>
        </w:tc>
        <w:tc>
          <w:tcPr>
            <w:tcW w:w="448" w:type="dxa"/>
          </w:tcPr>
          <w:p w14:paraId="7743FD1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652133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32C94E8" w14:textId="77777777" w:rsidR="00D20747" w:rsidRDefault="00D20747" w:rsidP="00D20747"/>
        </w:tc>
      </w:tr>
      <w:tr w:rsidR="00D20747" w14:paraId="6E1E1AA1" w14:textId="77777777" w:rsidTr="006959CF">
        <w:trPr>
          <w:trHeight w:val="300"/>
        </w:trPr>
        <w:tc>
          <w:tcPr>
            <w:tcW w:w="608" w:type="dxa"/>
          </w:tcPr>
          <w:p w14:paraId="5C27587E" w14:textId="5862343E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३५</w:t>
            </w:r>
          </w:p>
        </w:tc>
        <w:tc>
          <w:tcPr>
            <w:tcW w:w="4084" w:type="dxa"/>
            <w:gridSpan w:val="2"/>
          </w:tcPr>
          <w:p w14:paraId="6C7ABAA7" w14:textId="5901B79B" w:rsidR="00D20747" w:rsidRPr="002F7524" w:rsidRDefault="00D20747" w:rsidP="00D20747">
            <w:pPr>
              <w:jc w:val="both"/>
              <w:rPr>
                <w:rFonts w:ascii="Kokila" w:hAnsi="Kokila" w:cs="Kokila"/>
                <w:cs/>
              </w:rPr>
            </w:pPr>
            <w:r w:rsidRPr="00613AA3">
              <w:rPr>
                <w:rFonts w:ascii="Kokila" w:hAnsi="Kokila" w:cs="Kokila" w:hint="cs"/>
                <w:cs/>
                <w:lang w:bidi="hi-IN"/>
              </w:rPr>
              <w:t>सबै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कर्मचारीहरुको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नियुक्ति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पत्र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उनीहरुको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व्यक्तिगत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फाइलमा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रहेको</w:t>
            </w:r>
            <w:r w:rsidRPr="00613AA3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छ</w:t>
            </w:r>
            <w:r>
              <w:rPr>
                <w:rFonts w:ascii="Kokila" w:hAnsi="Kokila" w:cs="Kokila"/>
                <w:cs/>
                <w:lang w:bidi="hi-IN"/>
              </w:rPr>
              <w:t>/</w:t>
            </w:r>
            <w:r w:rsidRPr="00613AA3">
              <w:rPr>
                <w:rFonts w:ascii="Kokila" w:hAnsi="Kokila" w:cs="Kokila" w:hint="cs"/>
                <w:cs/>
                <w:lang w:bidi="hi-IN"/>
              </w:rPr>
              <w:t>छैन</w:t>
            </w:r>
            <w:r w:rsidRPr="00613AA3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3B57938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9C45DD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7F4318E" w14:textId="77777777" w:rsidR="00D20747" w:rsidRDefault="00D20747" w:rsidP="00D20747"/>
        </w:tc>
      </w:tr>
      <w:tr w:rsidR="00D20747" w14:paraId="55936774" w14:textId="77777777" w:rsidTr="006959CF">
        <w:tc>
          <w:tcPr>
            <w:tcW w:w="608" w:type="dxa"/>
          </w:tcPr>
          <w:p w14:paraId="0C13EB1E" w14:textId="4A7B21B0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३६</w:t>
            </w:r>
          </w:p>
        </w:tc>
        <w:tc>
          <w:tcPr>
            <w:tcW w:w="4084" w:type="dxa"/>
            <w:gridSpan w:val="2"/>
          </w:tcPr>
          <w:p w14:paraId="732F98B7" w14:textId="060BDA45" w:rsidR="00D20747" w:rsidRPr="002F7524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7E0A0D">
              <w:rPr>
                <w:rFonts w:ascii="Kokila" w:hAnsi="Kokila" w:cs="Kokila" w:hint="cs"/>
                <w:cs/>
                <w:lang w:bidi="hi-IN"/>
              </w:rPr>
              <w:t>प्रति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कर्मचारी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शुद्ध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ऋण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लगानी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२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करोड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भन्दा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माथि</w:t>
            </w:r>
            <w:r w:rsidRPr="007E0A0D">
              <w:rPr>
                <w:rFonts w:ascii="Kokila" w:hAnsi="Kokila" w:cs="Kokila"/>
                <w:cs/>
                <w:lang w:bidi="hi-IN"/>
              </w:rPr>
              <w:t xml:space="preserve"> 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छ</w:t>
            </w:r>
            <w:r>
              <w:rPr>
                <w:rFonts w:ascii="Kokila" w:hAnsi="Kokila" w:cs="Kokila"/>
                <w:cs/>
                <w:lang w:bidi="hi-IN"/>
              </w:rPr>
              <w:t>/</w:t>
            </w:r>
            <w:r w:rsidRPr="007E0A0D">
              <w:rPr>
                <w:rFonts w:ascii="Kokila" w:hAnsi="Kokila" w:cs="Kokila" w:hint="cs"/>
                <w:cs/>
                <w:lang w:bidi="hi-IN"/>
              </w:rPr>
              <w:t>छैन</w:t>
            </w:r>
            <w:r w:rsidRPr="007E0A0D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040294E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2161A8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33A1063" w14:textId="77777777" w:rsidR="00D20747" w:rsidRDefault="00D20747" w:rsidP="00D20747"/>
        </w:tc>
      </w:tr>
      <w:tr w:rsidR="00D20747" w14:paraId="217E6DE6" w14:textId="77777777" w:rsidTr="006959CF">
        <w:tc>
          <w:tcPr>
            <w:tcW w:w="608" w:type="dxa"/>
          </w:tcPr>
          <w:p w14:paraId="7D93B34B" w14:textId="70C83DBE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३७</w:t>
            </w:r>
          </w:p>
        </w:tc>
        <w:tc>
          <w:tcPr>
            <w:tcW w:w="4084" w:type="dxa"/>
            <w:gridSpan w:val="2"/>
          </w:tcPr>
          <w:p w14:paraId="265238B0" w14:textId="2F89676F" w:rsidR="00D20747" w:rsidRPr="002F7524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BB6718">
              <w:rPr>
                <w:rFonts w:ascii="Kokila" w:hAnsi="Kokila" w:cs="Kokila" w:hint="cs"/>
                <w:cs/>
                <w:lang w:bidi="ne-NP"/>
              </w:rPr>
              <w:t>सहकारी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शिक्षा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कोष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सम्वन्धित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उद्धेश्यमा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खर्च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गरिएको</w:t>
            </w:r>
            <w:r w:rsidRPr="00BB6718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BB6718">
              <w:rPr>
                <w:rFonts w:ascii="Kokila" w:hAnsi="Kokila" w:cs="Kokila" w:hint="cs"/>
                <w:cs/>
                <w:lang w:bidi="ne-NP"/>
              </w:rPr>
              <w:t>छ</w:t>
            </w:r>
            <w:r w:rsidRPr="00BB6718">
              <w:rPr>
                <w:rFonts w:ascii="Kokila" w:hAnsi="Kokila" w:cs="Kokila"/>
                <w:lang w:bidi="ne-NP"/>
              </w:rPr>
              <w:t>?</w:t>
            </w:r>
          </w:p>
        </w:tc>
        <w:tc>
          <w:tcPr>
            <w:tcW w:w="448" w:type="dxa"/>
          </w:tcPr>
          <w:p w14:paraId="3B5575E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899011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8DD0110" w14:textId="77777777" w:rsidR="00D20747" w:rsidRDefault="00D20747" w:rsidP="00D20747"/>
        </w:tc>
      </w:tr>
      <w:tr w:rsidR="00D20747" w14:paraId="6B8FDDCA" w14:textId="77777777" w:rsidTr="006959CF">
        <w:tc>
          <w:tcPr>
            <w:tcW w:w="608" w:type="dxa"/>
          </w:tcPr>
          <w:p w14:paraId="058D81A4" w14:textId="4CF595F0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३८</w:t>
            </w:r>
          </w:p>
        </w:tc>
        <w:tc>
          <w:tcPr>
            <w:tcW w:w="4084" w:type="dxa"/>
            <w:gridSpan w:val="2"/>
          </w:tcPr>
          <w:p w14:paraId="20B32900" w14:textId="0475C413" w:rsidR="00D20747" w:rsidRPr="00BB6718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 w:rsidRPr="008B1E7E">
              <w:rPr>
                <w:rFonts w:ascii="Kokila" w:hAnsi="Kokila" w:cs="Kokila" w:hint="cs"/>
                <w:cs/>
                <w:lang w:bidi="ne-NP"/>
              </w:rPr>
              <w:t>गैर</w:t>
            </w:r>
            <w:r w:rsidRPr="008B1E7E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8B1E7E">
              <w:rPr>
                <w:rFonts w:ascii="Kokila" w:hAnsi="Kokila" w:cs="Kokila" w:hint="cs"/>
                <w:cs/>
                <w:lang w:bidi="ne-NP"/>
              </w:rPr>
              <w:t>सदस्यसंग</w:t>
            </w:r>
            <w:r w:rsidRPr="008B1E7E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8B1E7E">
              <w:rPr>
                <w:rFonts w:ascii="Kokila" w:hAnsi="Kokila" w:cs="Kokila" w:hint="cs"/>
                <w:cs/>
                <w:lang w:bidi="ne-NP"/>
              </w:rPr>
              <w:t>कारोवार</w:t>
            </w:r>
            <w:r w:rsidRPr="008B1E7E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8B1E7E">
              <w:rPr>
                <w:rFonts w:ascii="Kokila" w:hAnsi="Kokila" w:cs="Kokila" w:hint="cs"/>
                <w:cs/>
                <w:lang w:bidi="ne-NP"/>
              </w:rPr>
              <w:t>भएको</w:t>
            </w:r>
            <w:r w:rsidRPr="008B1E7E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8B1E7E">
              <w:rPr>
                <w:rFonts w:ascii="Kokila" w:hAnsi="Kokila" w:cs="Kokila" w:hint="cs"/>
                <w:cs/>
                <w:lang w:bidi="ne-NP"/>
              </w:rPr>
              <w:t>छ</w:t>
            </w:r>
            <w:r>
              <w:rPr>
                <w:rFonts w:ascii="Kokila" w:hAnsi="Kokila" w:cs="Kokila"/>
                <w:cs/>
                <w:lang w:bidi="ne-NP"/>
              </w:rPr>
              <w:t>/</w:t>
            </w:r>
            <w:r w:rsidRPr="008B1E7E">
              <w:rPr>
                <w:rFonts w:ascii="Kokila" w:hAnsi="Kokila" w:cs="Kokila" w:hint="cs"/>
                <w:cs/>
                <w:lang w:bidi="ne-NP"/>
              </w:rPr>
              <w:t>छैन</w:t>
            </w:r>
            <w:r w:rsidRPr="008B1E7E">
              <w:rPr>
                <w:rFonts w:ascii="Kokila" w:hAnsi="Kokila" w:cs="Kokila"/>
                <w:cs/>
                <w:lang w:bidi="ne-NP"/>
              </w:rPr>
              <w:t xml:space="preserve"> </w:t>
            </w:r>
            <w:r w:rsidRPr="008B1E7E">
              <w:rPr>
                <w:rFonts w:ascii="Kokila" w:hAnsi="Kokila" w:cs="Kokila"/>
                <w:lang w:bidi="ne-NP"/>
              </w:rPr>
              <w:t>?</w:t>
            </w:r>
          </w:p>
        </w:tc>
        <w:tc>
          <w:tcPr>
            <w:tcW w:w="448" w:type="dxa"/>
          </w:tcPr>
          <w:p w14:paraId="1438B63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EB37EA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44DE67A" w14:textId="77777777" w:rsidR="00D20747" w:rsidRDefault="00D20747" w:rsidP="00D20747"/>
        </w:tc>
      </w:tr>
      <w:tr w:rsidR="00D20747" w14:paraId="0C0006BD" w14:textId="77777777" w:rsidTr="006959CF">
        <w:tc>
          <w:tcPr>
            <w:tcW w:w="608" w:type="dxa"/>
          </w:tcPr>
          <w:p w14:paraId="040489D3" w14:textId="7CE7BF5E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३९</w:t>
            </w:r>
          </w:p>
        </w:tc>
        <w:tc>
          <w:tcPr>
            <w:tcW w:w="4084" w:type="dxa"/>
            <w:gridSpan w:val="2"/>
          </w:tcPr>
          <w:p w14:paraId="3D2807C5" w14:textId="30161380" w:rsidR="00D20747" w:rsidRPr="003D505E" w:rsidRDefault="00D20747" w:rsidP="00D20747">
            <w:pPr>
              <w:jc w:val="both"/>
              <w:rPr>
                <w:rFonts w:ascii="Kokila" w:hAnsi="Kokila" w:cs="Kokila"/>
                <w:color w:val="282828"/>
                <w:lang w:bidi="ne-NP"/>
              </w:rPr>
            </w:pP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सञ्चालक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समितिले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पद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अनुसारको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आचारसंहिता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(Code of Conduct)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पालना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proofErr w:type="spellStart"/>
            <w:r w:rsidRPr="003D505E">
              <w:rPr>
                <w:rFonts w:ascii="Kokila" w:hAnsi="Kokila" w:cs="Kokila"/>
                <w:color w:val="282828"/>
                <w:lang w:bidi="ne-NP"/>
              </w:rPr>
              <w:t>गरेको</w:t>
            </w:r>
            <w:proofErr w:type="spellEnd"/>
            <w:r w:rsidRPr="003D505E">
              <w:rPr>
                <w:rFonts w:ascii="Kokila" w:hAnsi="Kokila" w:cs="Kokila"/>
                <w:color w:val="282828"/>
                <w:lang w:bidi="ne-NP"/>
              </w:rPr>
              <w:t xml:space="preserve"> छ?</w:t>
            </w:r>
          </w:p>
        </w:tc>
        <w:tc>
          <w:tcPr>
            <w:tcW w:w="448" w:type="dxa"/>
          </w:tcPr>
          <w:p w14:paraId="43BED92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B9E473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D3100FE" w14:textId="77777777" w:rsidR="00D20747" w:rsidRDefault="00D20747" w:rsidP="00D20747"/>
        </w:tc>
      </w:tr>
      <w:tr w:rsidR="00D20747" w14:paraId="284FF436" w14:textId="77777777" w:rsidTr="006959CF">
        <w:tc>
          <w:tcPr>
            <w:tcW w:w="608" w:type="dxa"/>
          </w:tcPr>
          <w:p w14:paraId="42FF5BCE" w14:textId="61A56DBC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४०</w:t>
            </w:r>
          </w:p>
        </w:tc>
        <w:tc>
          <w:tcPr>
            <w:tcW w:w="4084" w:type="dxa"/>
            <w:gridSpan w:val="2"/>
          </w:tcPr>
          <w:p w14:paraId="5971D2C3" w14:textId="4231DDAE" w:rsidR="00D20747" w:rsidRPr="004C6C31" w:rsidRDefault="00D20747" w:rsidP="00D20747">
            <w:pPr>
              <w:jc w:val="both"/>
              <w:rPr>
                <w:rFonts w:ascii="Kokila" w:hAnsi="Kokila" w:cs="Kokila"/>
                <w:color w:val="282828"/>
                <w:lang w:bidi="ne-NP"/>
              </w:rPr>
            </w:pPr>
            <w:r w:rsidRPr="004C6C31">
              <w:rPr>
                <w:rFonts w:ascii="Kokila" w:hAnsi="Kokila" w:cs="Kokila"/>
                <w:color w:val="282828"/>
                <w:cs/>
                <w:lang w:bidi="ne-NP"/>
              </w:rPr>
              <w:t>कुल संचालक समितिको ४९ प्रतिशत भन्दा बढी संचालकले एकै समयमा ऋण लिएको छ?</w:t>
            </w:r>
          </w:p>
        </w:tc>
        <w:tc>
          <w:tcPr>
            <w:tcW w:w="448" w:type="dxa"/>
          </w:tcPr>
          <w:p w14:paraId="7EAF766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C5D448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6AE506B" w14:textId="77777777" w:rsidR="00D20747" w:rsidRDefault="00D20747" w:rsidP="00D20747"/>
        </w:tc>
      </w:tr>
      <w:tr w:rsidR="002579C9" w14:paraId="42373DC0" w14:textId="77777777" w:rsidTr="0053036F">
        <w:tc>
          <w:tcPr>
            <w:tcW w:w="15210" w:type="dxa"/>
            <w:gridSpan w:val="8"/>
            <w:shd w:val="clear" w:color="auto" w:fill="1F497D" w:themeFill="text2"/>
          </w:tcPr>
          <w:p w14:paraId="0677EFCD" w14:textId="68C275E3" w:rsidR="002579C9" w:rsidRPr="0053036F" w:rsidRDefault="0053036F" w:rsidP="00D20747">
            <w:pPr>
              <w:rPr>
                <w:b/>
                <w:bCs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२.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सदस्य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(Member Management)</w:t>
            </w:r>
          </w:p>
        </w:tc>
      </w:tr>
      <w:tr w:rsidR="00D20747" w14:paraId="2CF2EE90" w14:textId="77777777" w:rsidTr="006959CF">
        <w:tc>
          <w:tcPr>
            <w:tcW w:w="608" w:type="dxa"/>
          </w:tcPr>
          <w:p w14:paraId="48F2451F" w14:textId="43B8DA85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1152A3BC" w14:textId="249E6BF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बन्नका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योग्यता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प्रवेश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न्यूनतम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A60253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58142A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92D49A" w14:textId="77777777" w:rsidR="00D20747" w:rsidRDefault="00D20747" w:rsidP="00D20747"/>
        </w:tc>
      </w:tr>
      <w:tr w:rsidR="00D20747" w14:paraId="099AACF1" w14:textId="77777777" w:rsidTr="006959CF">
        <w:tc>
          <w:tcPr>
            <w:tcW w:w="608" w:type="dxa"/>
          </w:tcPr>
          <w:p w14:paraId="7EB6E340" w14:textId="61217F73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4938FF64" w14:textId="224E27C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प्रत्येक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पहिचान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(KY</w:t>
            </w:r>
            <w:r>
              <w:rPr>
                <w:rFonts w:ascii="Kokila" w:hAnsi="Kokila" w:hint="cs"/>
                <w:color w:val="282828"/>
                <w:lang w:bidi="ne-NP"/>
              </w:rPr>
              <w:t>M</w:t>
            </w:r>
            <w:r>
              <w:rPr>
                <w:rFonts w:ascii="Kokila" w:hAnsi="Kokila"/>
                <w:color w:val="282828"/>
              </w:rPr>
              <w:t xml:space="preserve"> Form) </w:t>
            </w:r>
            <w:proofErr w:type="spellStart"/>
            <w:r>
              <w:rPr>
                <w:rFonts w:ascii="Kokila" w:hAnsi="Kokila"/>
                <w:color w:val="282828"/>
              </w:rPr>
              <w:t>पुरा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आवश्यक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नागरिकता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फोटो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gramStart"/>
            <w:r w:rsidRPr="00E3109C">
              <w:rPr>
                <w:rFonts w:ascii="Kokila" w:hAnsi="Kokila" w:cs="Kokila"/>
                <w:color w:val="282828"/>
                <w:cs/>
                <w:lang w:bidi="ne-NP"/>
              </w:rPr>
              <w:t>ठेगाना ,सम्पर्क</w:t>
            </w:r>
            <w:proofErr w:type="gramEnd"/>
            <w:r w:rsidRPr="00E3109C">
              <w:rPr>
                <w:rFonts w:ascii="Kokila" w:hAnsi="Kokila" w:cs="Kokila"/>
                <w:color w:val="282828"/>
                <w:cs/>
                <w:lang w:bidi="ne-NP"/>
              </w:rPr>
              <w:t xml:space="preserve"> नं.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संलग्न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AAA83F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A9525A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7894EA4" w14:textId="77777777" w:rsidR="00D20747" w:rsidRDefault="00D20747" w:rsidP="00D20747"/>
        </w:tc>
      </w:tr>
      <w:tr w:rsidR="00D20747" w14:paraId="48119541" w14:textId="77777777" w:rsidTr="006959CF">
        <w:tc>
          <w:tcPr>
            <w:tcW w:w="608" w:type="dxa"/>
          </w:tcPr>
          <w:p w14:paraId="0DE95858" w14:textId="1D7A57C0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4BEEE3B0" w14:textId="613D135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उच्च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वर्गका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(PEPs - High Risk Persons)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विशेष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पहिचान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अनुगमन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6A1A7D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2B1835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8FCDF5B" w14:textId="77777777" w:rsidR="00D20747" w:rsidRDefault="00D20747" w:rsidP="00D20747"/>
        </w:tc>
      </w:tr>
      <w:tr w:rsidR="00D20747" w14:paraId="034B285D" w14:textId="77777777" w:rsidTr="006959CF">
        <w:tc>
          <w:tcPr>
            <w:tcW w:w="608" w:type="dxa"/>
          </w:tcPr>
          <w:p w14:paraId="6597A75E" w14:textId="029ECF86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05FCA94D" w14:textId="6E4F286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एकै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परिवार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उस्तै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प्रकृतिको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सहकारीमा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स्वघोषणा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8F7B4E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1E307A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0B51BA" w14:textId="77777777" w:rsidR="00D20747" w:rsidRDefault="00D20747" w:rsidP="00D20747"/>
        </w:tc>
      </w:tr>
      <w:tr w:rsidR="00D20747" w14:paraId="67EE9173" w14:textId="77777777" w:rsidTr="006959CF">
        <w:tc>
          <w:tcPr>
            <w:tcW w:w="608" w:type="dxa"/>
          </w:tcPr>
          <w:p w14:paraId="75581873" w14:textId="3A1F6423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4FAEFB79" w14:textId="20BB927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 w:hint="cs"/>
                <w:color w:val="282828"/>
                <w:cs/>
                <w:lang w:bidi="ne-NP"/>
              </w:rPr>
              <w:t xml:space="preserve"> </w:t>
            </w:r>
            <w:r w:rsidRPr="00543F89">
              <w:rPr>
                <w:rFonts w:ascii="Kokila" w:hAnsi="Kokila" w:cs="Kokila"/>
                <w:color w:val="282828"/>
                <w:cs/>
                <w:lang w:bidi="ne-NP"/>
              </w:rPr>
              <w:t>दर्ता किताब</w:t>
            </w:r>
            <w:r>
              <w:rPr>
                <w:rFonts w:ascii="Kokila" w:hAnsi="Kokila"/>
                <w:color w:val="282828"/>
              </w:rPr>
              <w:t xml:space="preserve"> register / Member Ledger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सफ्टवेयरसँग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मेल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6F23FE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68B415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28BCAC4" w14:textId="77777777" w:rsidR="00D20747" w:rsidRDefault="00D20747" w:rsidP="00D20747"/>
        </w:tc>
      </w:tr>
      <w:tr w:rsidR="00D20747" w14:paraId="314B3E0B" w14:textId="77777777" w:rsidTr="006959CF">
        <w:tc>
          <w:tcPr>
            <w:tcW w:w="608" w:type="dxa"/>
          </w:tcPr>
          <w:p w14:paraId="464ED739" w14:textId="082D21DB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59A37581" w14:textId="66518BE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दोहोरो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proofErr w:type="gramStart"/>
            <w:r>
              <w:rPr>
                <w:rFonts w:ascii="Kokila" w:hAnsi="Kokila"/>
                <w:color w:val="282828"/>
              </w:rPr>
              <w:t>क्षेत्रको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 </w:t>
            </w:r>
            <w:r w:rsidRPr="002E2255">
              <w:rPr>
                <w:rFonts w:ascii="Kokila" w:hAnsi="Kokila" w:cs="Kokila"/>
                <w:color w:val="282828"/>
                <w:cs/>
                <w:lang w:bidi="ne-NP"/>
              </w:rPr>
              <w:t>केन्द्रित</w:t>
            </w:r>
            <w:proofErr w:type="gram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EDFC0D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8F6A07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672E86B" w14:textId="77777777" w:rsidR="00D20747" w:rsidRDefault="00D20747" w:rsidP="00D20747"/>
        </w:tc>
      </w:tr>
      <w:tr w:rsidR="00D20747" w14:paraId="3C9C5706" w14:textId="77777777" w:rsidTr="006959CF">
        <w:tc>
          <w:tcPr>
            <w:tcW w:w="608" w:type="dxa"/>
          </w:tcPr>
          <w:p w14:paraId="2E97F880" w14:textId="1929BF51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17250B70" w14:textId="48731A1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शेयर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पुँजीको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कूल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पुँजीको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२०%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3347F5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006C4B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ABC15C8" w14:textId="77777777" w:rsidR="00D20747" w:rsidRDefault="00D20747" w:rsidP="00D20747"/>
        </w:tc>
      </w:tr>
      <w:tr w:rsidR="00D20747" w14:paraId="33EB92F0" w14:textId="77777777" w:rsidTr="006959CF">
        <w:tc>
          <w:tcPr>
            <w:tcW w:w="608" w:type="dxa"/>
          </w:tcPr>
          <w:p w14:paraId="54C351F4" w14:textId="758E7F27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642BD023" w14:textId="44A88A4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निष्कासित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त्याग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खारेजी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FDCA80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F27022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72224D3" w14:textId="77777777" w:rsidR="00D20747" w:rsidRDefault="00D20747" w:rsidP="00D20747"/>
        </w:tc>
      </w:tr>
      <w:tr w:rsidR="00D20747" w14:paraId="45D276FC" w14:textId="77777777" w:rsidTr="006959CF">
        <w:tc>
          <w:tcPr>
            <w:tcW w:w="608" w:type="dxa"/>
          </w:tcPr>
          <w:p w14:paraId="2393E5A9" w14:textId="76B0E4D0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7BDE5C48" w14:textId="5049E30E" w:rsidR="00D20747" w:rsidRPr="004D5B09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 w:rsidRPr="004D5B09">
              <w:rPr>
                <w:rFonts w:ascii="Kokila" w:hAnsi="Kokila" w:cs="Kokila"/>
                <w:color w:val="282828"/>
                <w:cs/>
                <w:lang w:bidi="hi-IN"/>
              </w:rPr>
              <w:t>संस्थाको विनियम (</w:t>
            </w:r>
            <w:r w:rsidRPr="004D5B09">
              <w:rPr>
                <w:rFonts w:ascii="Kokila" w:hAnsi="Kokila" w:cs="Kokila"/>
                <w:color w:val="282828"/>
              </w:rPr>
              <w:t xml:space="preserve">Bylaws) </w:t>
            </w:r>
            <w:r w:rsidRPr="004D5B09">
              <w:rPr>
                <w:rFonts w:ascii="Kokila" w:hAnsi="Kokila" w:cs="Kokila"/>
                <w:color w:val="282828"/>
                <w:cs/>
                <w:lang w:bidi="hi-IN"/>
              </w:rPr>
              <w:t>तथा इजाजतपत्रमा तोकिएको स्वीकृत कार्यक्षेत्र (</w:t>
            </w:r>
            <w:r w:rsidRPr="004D5B09">
              <w:rPr>
                <w:rFonts w:ascii="Kokila" w:hAnsi="Kokila" w:cs="Kokila"/>
                <w:color w:val="282828"/>
              </w:rPr>
              <w:t xml:space="preserve">Approved Area of Operation) </w:t>
            </w:r>
            <w:r w:rsidRPr="004D5B09">
              <w:rPr>
                <w:rFonts w:ascii="Kokila" w:hAnsi="Kokila" w:cs="Kokila"/>
                <w:color w:val="282828"/>
                <w:cs/>
                <w:lang w:bidi="hi-IN"/>
              </w:rPr>
              <w:t xml:space="preserve">बाहिर बसोबास वा कार्य गर्ने व्यक्तिहरूलाई समेत सदस्यता प्रदान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गरेको छ</w:t>
            </w:r>
            <w:r>
              <w:rPr>
                <w:rFonts w:ascii="Kokila" w:hAnsi="Kokila" w:cs="Kokila" w:hint="cs"/>
                <w:color w:val="282828"/>
                <w:lang w:bidi="ne-NP"/>
              </w:rPr>
              <w:t>?</w:t>
            </w:r>
          </w:p>
        </w:tc>
        <w:tc>
          <w:tcPr>
            <w:tcW w:w="448" w:type="dxa"/>
          </w:tcPr>
          <w:p w14:paraId="1C8738D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A9C14D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1F38217" w14:textId="77777777" w:rsidR="00D20747" w:rsidRDefault="00D20747" w:rsidP="00D20747"/>
        </w:tc>
      </w:tr>
      <w:tr w:rsidR="00D20747" w14:paraId="0FE8E5C5" w14:textId="77777777" w:rsidTr="006959CF">
        <w:tc>
          <w:tcPr>
            <w:tcW w:w="608" w:type="dxa"/>
          </w:tcPr>
          <w:p w14:paraId="3050ACFB" w14:textId="7B470442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2208E2D7" w14:textId="7ED84E5F" w:rsidR="00D20747" w:rsidRPr="004D5B09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>सहकारी ऐन</w:t>
            </w:r>
            <w:r w:rsidRPr="000D5A73">
              <w:rPr>
                <w:rFonts w:ascii="Kokila" w:hAnsi="Kokila" w:cs="Kokila"/>
                <w:color w:val="282828"/>
                <w:lang w:bidi="hi-IN"/>
              </w:rPr>
              <w:t xml:space="preserve">, 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२०७४ को दफा ५० को उपदफा (२) तथा संस्थाको स्वीकृत ऋण नीतिमा तोकिएको न्यूनतम समयावधि (सदस्यता कायम भएको कम्तीमा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६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 महिना) व्यतीत नहुँदै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 xml:space="preserve">बिना धितो कर्जा र 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(सदस्यता कायम भएको कम्तीमा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३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 महिना) व्यतीत नहुँदै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 xml:space="preserve"> धितो कर्जा  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नयाँ सदस्यहरूलाई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प्रवाह</w:t>
            </w:r>
            <w:r w:rsidRPr="000D5A73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गरेको छ</w:t>
            </w:r>
            <w:r>
              <w:rPr>
                <w:rFonts w:ascii="Kokila" w:hAnsi="Kokila" w:cs="Kokila" w:hint="cs"/>
                <w:color w:val="282828"/>
                <w:lang w:bidi="ne-NP"/>
              </w:rPr>
              <w:t>?</w:t>
            </w:r>
          </w:p>
        </w:tc>
        <w:tc>
          <w:tcPr>
            <w:tcW w:w="448" w:type="dxa"/>
          </w:tcPr>
          <w:p w14:paraId="49F31AC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E57723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F7468E4" w14:textId="77777777" w:rsidR="00D20747" w:rsidRDefault="00D20747" w:rsidP="00D20747"/>
        </w:tc>
      </w:tr>
      <w:tr w:rsidR="00D20747" w14:paraId="292EBA87" w14:textId="77777777" w:rsidTr="006959CF">
        <w:tc>
          <w:tcPr>
            <w:tcW w:w="608" w:type="dxa"/>
          </w:tcPr>
          <w:p w14:paraId="161F1543" w14:textId="6E7B4C30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417F779E" w14:textId="1ED15F16" w:rsidR="00D20747" w:rsidRPr="000D5A73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>सहकारी ऐन</w:t>
            </w:r>
            <w:r w:rsidRPr="005C549B">
              <w:rPr>
                <w:rFonts w:ascii="Kokila" w:hAnsi="Kokila" w:cs="Kokila"/>
                <w:color w:val="282828"/>
                <w:lang w:bidi="hi-IN"/>
              </w:rPr>
              <w:t xml:space="preserve">, 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>२०७४ को दफा ५२ (जसले एकल ऋणी सीमा र जोखिम व्यवस्थापन सम्बन्धी नियमनकारी मापदण्डको पालना गर्नुपर्ने व्यवस्था गरेको छ) तथा सहकारी विभागको निर्देशिका अनुसार</w:t>
            </w:r>
            <w:r>
              <w:rPr>
                <w:rFonts w:ascii="Kokila" w:hAnsi="Kokila" w:cs="Kokila"/>
                <w:color w:val="282828"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प्राथमिक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पूँजी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कोषको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१५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प्रतिशत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भन्दा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बढी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हुने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गरी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एकै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व्यक्ति</w:t>
            </w:r>
            <w:r>
              <w:rPr>
                <w:rFonts w:ascii="Kokila" w:hAnsi="Kokila" w:cs="Kokila"/>
                <w:color w:val="282828"/>
                <w:lang w:bidi="hi-IN"/>
              </w:rPr>
              <w:t xml:space="preserve"> 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>परिवार वा समूह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लाई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ऋण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लगानी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गरिएको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छ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21CBEC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3D035C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0D4577" w14:textId="77777777" w:rsidR="00D20747" w:rsidRDefault="00D20747" w:rsidP="00D20747"/>
        </w:tc>
      </w:tr>
      <w:tr w:rsidR="00D20747" w14:paraId="3BD7E3AF" w14:textId="77777777" w:rsidTr="006959CF">
        <w:tc>
          <w:tcPr>
            <w:tcW w:w="608" w:type="dxa"/>
          </w:tcPr>
          <w:p w14:paraId="5CA8AB69" w14:textId="0B26C327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१२</w:t>
            </w:r>
          </w:p>
        </w:tc>
        <w:tc>
          <w:tcPr>
            <w:tcW w:w="4084" w:type="dxa"/>
            <w:gridSpan w:val="2"/>
          </w:tcPr>
          <w:p w14:paraId="4DC4B715" w14:textId="43EBB9B9" w:rsidR="00D20747" w:rsidRPr="005C549B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 xml:space="preserve">सहकारी </w:t>
            </w:r>
            <w:r w:rsidRPr="00873E55">
              <w:rPr>
                <w:rFonts w:ascii="Kokila" w:hAnsi="Kokila" w:cs="Kokila"/>
                <w:color w:val="282828"/>
                <w:cs/>
                <w:lang w:bidi="hi-IN"/>
              </w:rPr>
              <w:t>संस्थाले नेपाल राष्ट्र बैंक तथा नियमनकारी निकायद्वारा जारी बचत तथा ऋण सम्बन्धी मापदण्ड (तथा सहकारी ऐन</w:t>
            </w:r>
            <w:r w:rsidRPr="00873E55">
              <w:rPr>
                <w:rFonts w:ascii="Kokila" w:hAnsi="Kokila" w:cs="Kokila"/>
                <w:color w:val="282828"/>
                <w:lang w:bidi="hi-IN"/>
              </w:rPr>
              <w:t xml:space="preserve">, </w:t>
            </w:r>
            <w:r w:rsidRPr="00873E55">
              <w:rPr>
                <w:rFonts w:ascii="Kokila" w:hAnsi="Kokila" w:cs="Kokila"/>
                <w:color w:val="282828"/>
                <w:cs/>
                <w:lang w:bidi="hi-IN"/>
              </w:rPr>
              <w:t xml:space="preserve">२०७४ को दफा ५० को व्यवस्था) विपरीत आफ्नो प्राथमिक पूँजीकोषको १५ गुणाभन्दा बढी बचत संकलन गरेको </w:t>
            </w:r>
            <w:r w:rsidRPr="005C549B">
              <w:rPr>
                <w:rFonts w:ascii="Kokila" w:hAnsi="Kokila" w:cs="Kokila" w:hint="cs"/>
                <w:color w:val="282828"/>
                <w:cs/>
                <w:lang w:bidi="hi-IN"/>
              </w:rPr>
              <w:t>छ</w:t>
            </w:r>
            <w:r w:rsidRPr="005C549B">
              <w:rPr>
                <w:rFonts w:ascii="Kokila" w:hAnsi="Kokila" w:cs="Kokila"/>
                <w:color w:val="282828"/>
                <w:cs/>
                <w:lang w:bidi="hi-IN"/>
              </w:rPr>
              <w:t xml:space="preserve"> </w:t>
            </w:r>
            <w:r w:rsidRPr="005C549B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EB0759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29C47A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9D502C4" w14:textId="77777777" w:rsidR="00D20747" w:rsidRDefault="00D20747" w:rsidP="00D20747"/>
        </w:tc>
      </w:tr>
      <w:tr w:rsidR="00D20747" w14:paraId="7782847F" w14:textId="77777777" w:rsidTr="006959CF">
        <w:tc>
          <w:tcPr>
            <w:tcW w:w="608" w:type="dxa"/>
          </w:tcPr>
          <w:p w14:paraId="6F70C452" w14:textId="2D4DED4F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54287466" w14:textId="448C45E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मृतक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हकवाला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नाता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हकवालाको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मन्जुरी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पुरा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F065B9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1F3ED2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1B4FE09" w14:textId="77777777" w:rsidR="00D20747" w:rsidRDefault="00D20747" w:rsidP="00D20747"/>
        </w:tc>
      </w:tr>
      <w:tr w:rsidR="00D20747" w14:paraId="171EF2D5" w14:textId="77777777" w:rsidTr="006959CF">
        <w:tc>
          <w:tcPr>
            <w:tcW w:w="608" w:type="dxa"/>
          </w:tcPr>
          <w:p w14:paraId="6521E52F" w14:textId="48F38A8B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60622F63" w14:textId="5886CC9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वर्गीकरण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सक्रिय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निष्क्रिय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विश्लेषण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1C0D7B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E20266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7176232" w14:textId="77777777" w:rsidR="00D20747" w:rsidRDefault="00D20747" w:rsidP="00D20747"/>
        </w:tc>
      </w:tr>
      <w:tr w:rsidR="00D20747" w14:paraId="2F54C4A5" w14:textId="77777777" w:rsidTr="006959CF">
        <w:tc>
          <w:tcPr>
            <w:tcW w:w="608" w:type="dxa"/>
          </w:tcPr>
          <w:p w14:paraId="1956809D" w14:textId="2A1BCC6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2690D975" w14:textId="1C5846F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सहभागी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न्यूनतम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DF32FD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57F899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2E2BC0A" w14:textId="77777777" w:rsidR="00D20747" w:rsidRDefault="00D20747" w:rsidP="00D20747"/>
        </w:tc>
      </w:tr>
      <w:tr w:rsidR="00D20747" w14:paraId="305C13C7" w14:textId="77777777" w:rsidTr="006959CF">
        <w:tc>
          <w:tcPr>
            <w:tcW w:w="608" w:type="dxa"/>
          </w:tcPr>
          <w:p w14:paraId="6208AED4" w14:textId="5C5DF015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0227E066" w14:textId="5D0CD7E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गैर-सदस्यसँग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ED8535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C010EF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A91399C" w14:textId="77777777" w:rsidR="00D20747" w:rsidRDefault="00D20747" w:rsidP="00D20747"/>
        </w:tc>
      </w:tr>
      <w:tr w:rsidR="00D20747" w14:paraId="54E83F4A" w14:textId="77777777" w:rsidTr="006959CF">
        <w:tc>
          <w:tcPr>
            <w:tcW w:w="608" w:type="dxa"/>
          </w:tcPr>
          <w:p w14:paraId="576F87BE" w14:textId="3F1047E5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6CB764AE" w14:textId="1356746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शिक्षा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सचेतना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कार्यक्रम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29E4D3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E040C8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45ED398" w14:textId="77777777" w:rsidR="00D20747" w:rsidRDefault="00D20747" w:rsidP="00D20747"/>
        </w:tc>
      </w:tr>
      <w:tr w:rsidR="00D20747" w14:paraId="1F90AFA3" w14:textId="77777777" w:rsidTr="006959CF">
        <w:tc>
          <w:tcPr>
            <w:tcW w:w="608" w:type="dxa"/>
          </w:tcPr>
          <w:p w14:paraId="6CD0E840" w14:textId="7EA56CFA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256ACE72" w14:textId="5F6C2E5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फिर्ता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D7EB42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0D2BDC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45D6FA3" w14:textId="77777777" w:rsidR="00D20747" w:rsidRDefault="00D20747" w:rsidP="00D20747"/>
        </w:tc>
      </w:tr>
      <w:tr w:rsidR="00D20747" w14:paraId="46F9AC7C" w14:textId="77777777" w:rsidTr="006959CF">
        <w:tc>
          <w:tcPr>
            <w:tcW w:w="608" w:type="dxa"/>
          </w:tcPr>
          <w:p w14:paraId="0CAEB784" w14:textId="2F0F1733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25C2F861" w14:textId="3E27C97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शेयर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लाभांश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975F1C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अधिकतम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(१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  <w:r>
              <w:rPr>
                <w:rFonts w:ascii="Kokila" w:hAnsi="Kokila"/>
                <w:color w:val="282828"/>
              </w:rPr>
              <w:t xml:space="preserve">%) </w:t>
            </w:r>
            <w:proofErr w:type="spellStart"/>
            <w:r>
              <w:rPr>
                <w:rFonts w:ascii="Kokila" w:hAnsi="Kokila"/>
                <w:color w:val="282828"/>
              </w:rPr>
              <w:t>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3BF684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110006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6BBA018" w14:textId="77777777" w:rsidR="00D20747" w:rsidRDefault="00D20747" w:rsidP="00D20747"/>
        </w:tc>
      </w:tr>
      <w:tr w:rsidR="00D20747" w14:paraId="5C45F2D7" w14:textId="77777777" w:rsidTr="006959CF">
        <w:tc>
          <w:tcPr>
            <w:tcW w:w="608" w:type="dxa"/>
          </w:tcPr>
          <w:p w14:paraId="735ADCDF" w14:textId="1EF57B91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7FD85051" w14:textId="578156E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जानकारी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मासिक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त्रैमासिक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दिइन्छ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88E36A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2D2740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2FF7E5" w14:textId="77777777" w:rsidR="00D20747" w:rsidRDefault="00D20747" w:rsidP="00D20747"/>
        </w:tc>
      </w:tr>
      <w:tr w:rsidR="00D20747" w14:paraId="4FEB9E0D" w14:textId="77777777" w:rsidTr="006959CF">
        <w:tc>
          <w:tcPr>
            <w:tcW w:w="608" w:type="dxa"/>
          </w:tcPr>
          <w:p w14:paraId="02821C78" w14:textId="6842106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२१</w:t>
            </w:r>
          </w:p>
        </w:tc>
        <w:tc>
          <w:tcPr>
            <w:tcW w:w="4084" w:type="dxa"/>
            <w:gridSpan w:val="2"/>
          </w:tcPr>
          <w:p w14:paraId="548ACC75" w14:textId="6987553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सदस्यहरूको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गुनासो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फलोअप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registers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BD28C6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762465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10535BE" w14:textId="77777777" w:rsidR="00D20747" w:rsidRDefault="00D20747" w:rsidP="00D20747"/>
        </w:tc>
      </w:tr>
      <w:tr w:rsidR="00D20747" w14:paraId="3CFEC91E" w14:textId="77777777" w:rsidTr="006959CF">
        <w:tc>
          <w:tcPr>
            <w:tcW w:w="608" w:type="dxa"/>
          </w:tcPr>
          <w:p w14:paraId="1D1B455F" w14:textId="01554D2D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२२</w:t>
            </w:r>
          </w:p>
        </w:tc>
        <w:tc>
          <w:tcPr>
            <w:tcW w:w="4084" w:type="dxa"/>
            <w:gridSpan w:val="2"/>
          </w:tcPr>
          <w:p w14:paraId="3A410F86" w14:textId="60F67A8D" w:rsidR="00D20747" w:rsidRPr="00950915" w:rsidRDefault="00D20747" w:rsidP="00D20747">
            <w:pPr>
              <w:jc w:val="both"/>
              <w:rPr>
                <w:rFonts w:ascii="Kokila" w:hAnsi="Kokila"/>
                <w:color w:val="282828"/>
                <w:lang w:bidi="ne-NP"/>
              </w:rPr>
            </w:pPr>
            <w:proofErr w:type="spellStart"/>
            <w:r>
              <w:rPr>
                <w:rFonts w:ascii="Kokila" w:hAnsi="Kokila"/>
                <w:color w:val="282828"/>
              </w:rPr>
              <w:t>नयाँ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प्रवेश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CFD627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FB85B4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2D1FDB5" w14:textId="77777777" w:rsidR="00D20747" w:rsidRDefault="00D20747" w:rsidP="00D20747"/>
        </w:tc>
      </w:tr>
      <w:tr w:rsidR="00D20747" w14:paraId="69F2BB97" w14:textId="77777777" w:rsidTr="006959CF">
        <w:tc>
          <w:tcPr>
            <w:tcW w:w="608" w:type="dxa"/>
          </w:tcPr>
          <w:p w14:paraId="6850B43B" w14:textId="21866E82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२३</w:t>
            </w:r>
          </w:p>
        </w:tc>
        <w:tc>
          <w:tcPr>
            <w:tcW w:w="4084" w:type="dxa"/>
            <w:gridSpan w:val="2"/>
          </w:tcPr>
          <w:p w14:paraId="7B1F2AA0" w14:textId="622DA817" w:rsidR="00D20747" w:rsidRPr="001B1320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>सहकारीका सदस्यहरूले नियमानुसार पाउनुपर्ने बचत फिर्ता तथा कर्जा लगानी सम्बन्धी सेवाहरू समयमै प्राप्त गरेका छन्</w:t>
            </w:r>
            <w:r w:rsidRPr="00B156A5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5B3423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9014A1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4277CFD" w14:textId="77777777" w:rsidR="00D20747" w:rsidRDefault="00D20747" w:rsidP="00D20747"/>
        </w:tc>
      </w:tr>
      <w:tr w:rsidR="00D20747" w14:paraId="047AD78C" w14:textId="77777777" w:rsidTr="006959CF">
        <w:tc>
          <w:tcPr>
            <w:tcW w:w="608" w:type="dxa"/>
          </w:tcPr>
          <w:p w14:paraId="397EC3D7" w14:textId="3D4A3D34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२४</w:t>
            </w:r>
          </w:p>
        </w:tc>
        <w:tc>
          <w:tcPr>
            <w:tcW w:w="4084" w:type="dxa"/>
            <w:gridSpan w:val="2"/>
          </w:tcPr>
          <w:p w14:paraId="4F2BF48F" w14:textId="517A5E2C" w:rsidR="00D20747" w:rsidRPr="001B1320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>कर्मचारीहरूले सदस्यहरूसँग शिष्ट</w:t>
            </w:r>
            <w:r w:rsidRPr="00B156A5">
              <w:rPr>
                <w:rFonts w:ascii="Kokila" w:hAnsi="Kokila" w:cs="Kokila"/>
                <w:color w:val="282828"/>
              </w:rPr>
              <w:t xml:space="preserve">, </w:t>
            </w: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>निष्पक्ष र मितव्ययी ढङ्गले व्यवहार गरेका छन्</w:t>
            </w:r>
            <w:r w:rsidRPr="00B156A5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451E98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57939E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8894077" w14:textId="77777777" w:rsidR="00D20747" w:rsidRDefault="00D20747" w:rsidP="00D20747"/>
        </w:tc>
      </w:tr>
      <w:tr w:rsidR="00D20747" w14:paraId="7D09FF70" w14:textId="77777777" w:rsidTr="006959CF">
        <w:tc>
          <w:tcPr>
            <w:tcW w:w="608" w:type="dxa"/>
          </w:tcPr>
          <w:p w14:paraId="08331567" w14:textId="641AD4C5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२५</w:t>
            </w:r>
          </w:p>
        </w:tc>
        <w:tc>
          <w:tcPr>
            <w:tcW w:w="4084" w:type="dxa"/>
            <w:gridSpan w:val="2"/>
          </w:tcPr>
          <w:p w14:paraId="2AC8B522" w14:textId="5E7BACE0" w:rsidR="00D20747" w:rsidRPr="001B1320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 xml:space="preserve">बाजार प्रतिनिधिहरूले </w:t>
            </w:r>
            <w:r w:rsidRPr="001B1320">
              <w:rPr>
                <w:rFonts w:ascii="Kokila" w:hAnsi="Kokila" w:cs="Kokila"/>
                <w:color w:val="282828"/>
                <w:cs/>
                <w:lang w:bidi="ne-NP"/>
              </w:rPr>
              <w:t xml:space="preserve">सदश्यहरुबाट </w:t>
            </w: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>बचत संकलन गर्दा पारदर्शी</w:t>
            </w:r>
            <w:r w:rsidRPr="00B156A5">
              <w:rPr>
                <w:rFonts w:ascii="Kokila" w:hAnsi="Kokila" w:cs="Kokila"/>
                <w:color w:val="282828"/>
              </w:rPr>
              <w:t xml:space="preserve">, </w:t>
            </w:r>
            <w:r w:rsidRPr="00B156A5">
              <w:rPr>
                <w:rFonts w:ascii="Kokila" w:hAnsi="Kokila" w:cs="Kokila"/>
                <w:color w:val="282828"/>
                <w:cs/>
                <w:lang w:bidi="ne-NP"/>
              </w:rPr>
              <w:t>मर्यादित र सही ढङ्गले व्यवहार गरेका छन्</w:t>
            </w:r>
            <w:r w:rsidRPr="00B156A5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0D9B35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AC1F03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267A3F7" w14:textId="77777777" w:rsidR="00D20747" w:rsidRDefault="00D20747" w:rsidP="00D20747"/>
        </w:tc>
      </w:tr>
      <w:tr w:rsidR="002579C9" w14:paraId="34E20880" w14:textId="77777777" w:rsidTr="0053036F">
        <w:tc>
          <w:tcPr>
            <w:tcW w:w="15210" w:type="dxa"/>
            <w:gridSpan w:val="8"/>
            <w:shd w:val="clear" w:color="auto" w:fill="1F497D" w:themeFill="text2"/>
          </w:tcPr>
          <w:p w14:paraId="1F7A60D8" w14:textId="2CC959F0" w:rsidR="002579C9" w:rsidRPr="0053036F" w:rsidRDefault="0053036F" w:rsidP="00D20747">
            <w:pPr>
              <w:rPr>
                <w:b/>
                <w:bCs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३.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बचत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(Savings Management)</w:t>
            </w:r>
          </w:p>
        </w:tc>
      </w:tr>
      <w:tr w:rsidR="00D20747" w14:paraId="690484A0" w14:textId="77777777" w:rsidTr="006959CF">
        <w:tc>
          <w:tcPr>
            <w:tcW w:w="608" w:type="dxa"/>
          </w:tcPr>
          <w:p w14:paraId="2782B3A8" w14:textId="17E7F50A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5C330BEC" w14:textId="09A89DA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विभिन्न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योजनाहरू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विनियम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D5D390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C6252C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7A17B50" w14:textId="77777777" w:rsidR="00D20747" w:rsidRDefault="00D20747" w:rsidP="00D20747"/>
        </w:tc>
      </w:tr>
      <w:tr w:rsidR="00D20747" w14:paraId="5316F6A9" w14:textId="77777777" w:rsidTr="006959CF">
        <w:tc>
          <w:tcPr>
            <w:tcW w:w="608" w:type="dxa"/>
          </w:tcPr>
          <w:p w14:paraId="6D60E2C9" w14:textId="5C27B83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38E9321B" w14:textId="6EFDBB6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proofErr w:type="gramStart"/>
            <w:r>
              <w:rPr>
                <w:rFonts w:ascii="Kokila" w:hAnsi="Kokila"/>
                <w:color w:val="282828"/>
              </w:rPr>
              <w:t>खोल्दा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 </w:t>
            </w:r>
            <w:r w:rsidRPr="002760CF">
              <w:rPr>
                <w:rFonts w:ascii="Kokila" w:hAnsi="Kokila" w:cs="Kokila"/>
                <w:color w:val="282828"/>
                <w:cs/>
                <w:lang w:bidi="ne-NP"/>
              </w:rPr>
              <w:t>केवाईएम</w:t>
            </w:r>
            <w:proofErr w:type="gramEnd"/>
            <w:r w:rsidRPr="002760CF">
              <w:rPr>
                <w:rFonts w:ascii="Kokila" w:hAnsi="Kokila" w:cs="Kokila"/>
                <w:color w:val="282828"/>
                <w:cs/>
                <w:lang w:bidi="ne-NP"/>
              </w:rPr>
              <w:t xml:space="preserve"> </w:t>
            </w:r>
            <w:r>
              <w:rPr>
                <w:rFonts w:ascii="Kokila" w:hAnsi="Kokila"/>
                <w:color w:val="282828"/>
              </w:rPr>
              <w:t xml:space="preserve"> (KYM) </w:t>
            </w:r>
            <w:proofErr w:type="spellStart"/>
            <w:r>
              <w:rPr>
                <w:rFonts w:ascii="Kokila" w:hAnsi="Kokila"/>
                <w:color w:val="282828"/>
              </w:rPr>
              <w:t>फारम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भराइएको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533FDA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697440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2B2092E" w14:textId="77777777" w:rsidR="00D20747" w:rsidRDefault="00D20747" w:rsidP="00D20747"/>
        </w:tc>
      </w:tr>
      <w:tr w:rsidR="00D20747" w14:paraId="31E3CC33" w14:textId="77777777" w:rsidTr="006959CF">
        <w:tc>
          <w:tcPr>
            <w:tcW w:w="608" w:type="dxa"/>
          </w:tcPr>
          <w:p w14:paraId="3301A024" w14:textId="6C7A08A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60694A63" w14:textId="5AA8C28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दिइने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ब्याजदर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ब्याजदर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अन्तर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/Spread Rate) </w:t>
            </w:r>
            <w:proofErr w:type="spellStart"/>
            <w:r>
              <w:rPr>
                <w:rFonts w:ascii="Kokila" w:hAnsi="Kokila"/>
                <w:color w:val="282828"/>
              </w:rPr>
              <w:t>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257927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49B3C5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E44D672" w14:textId="77777777" w:rsidR="00D20747" w:rsidRDefault="00D20747" w:rsidP="00D20747"/>
        </w:tc>
      </w:tr>
      <w:tr w:rsidR="00D20747" w14:paraId="55DE6BFB" w14:textId="77777777" w:rsidTr="006959CF">
        <w:tc>
          <w:tcPr>
            <w:tcW w:w="608" w:type="dxa"/>
          </w:tcPr>
          <w:p w14:paraId="0B1D92E1" w14:textId="7E21428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089866C2" w14:textId="16ABE2A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दिइने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गणना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स्वचालित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9AAC99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8055B2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712C362" w14:textId="77777777" w:rsidR="00D20747" w:rsidRDefault="00D20747" w:rsidP="00D20747"/>
        </w:tc>
      </w:tr>
      <w:tr w:rsidR="00D20747" w14:paraId="04779C51" w14:textId="77777777" w:rsidTr="006959CF">
        <w:tc>
          <w:tcPr>
            <w:tcW w:w="608" w:type="dxa"/>
          </w:tcPr>
          <w:p w14:paraId="50E14CCE" w14:textId="56748D7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५</w:t>
            </w:r>
          </w:p>
        </w:tc>
        <w:tc>
          <w:tcPr>
            <w:tcW w:w="4084" w:type="dxa"/>
            <w:gridSpan w:val="2"/>
          </w:tcPr>
          <w:p w14:paraId="6E4C65C2" w14:textId="398BB54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सावाँ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आयकर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(TDS) </w:t>
            </w:r>
            <w:proofErr w:type="spellStart"/>
            <w:r>
              <w:rPr>
                <w:rFonts w:ascii="Kokila" w:hAnsi="Kokila"/>
                <w:color w:val="282828"/>
              </w:rPr>
              <w:t>कट्टी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3E8A50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F1010E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AA3AED9" w14:textId="77777777" w:rsidR="00D20747" w:rsidRDefault="00D20747" w:rsidP="00D20747"/>
        </w:tc>
      </w:tr>
      <w:tr w:rsidR="00D20747" w14:paraId="6F80310A" w14:textId="77777777" w:rsidTr="006959CF">
        <w:tc>
          <w:tcPr>
            <w:tcW w:w="608" w:type="dxa"/>
          </w:tcPr>
          <w:p w14:paraId="7BB48EF6" w14:textId="4B37262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58DD74C4" w14:textId="6A822E1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निश्चित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नभई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मुद्दती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(Fixed Deposit) </w:t>
            </w:r>
            <w:proofErr w:type="spellStart"/>
            <w:r>
              <w:rPr>
                <w:rFonts w:ascii="Kokila" w:hAnsi="Kokila"/>
                <w:color w:val="282828"/>
              </w:rPr>
              <w:t>समय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अगावै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दिँदा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जरिवाना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समायोजन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2D577B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25E92A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F392D01" w14:textId="77777777" w:rsidR="00D20747" w:rsidRDefault="00D20747" w:rsidP="00D20747"/>
        </w:tc>
      </w:tr>
      <w:tr w:rsidR="00D20747" w14:paraId="70F901B3" w14:textId="77777777" w:rsidTr="006959CF">
        <w:tc>
          <w:tcPr>
            <w:tcW w:w="608" w:type="dxa"/>
          </w:tcPr>
          <w:p w14:paraId="23E636E2" w14:textId="4FE4CBD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51D44575" w14:textId="20816DF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तरल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(Liquidity Ratio) </w:t>
            </w:r>
            <w:proofErr w:type="spellStart"/>
            <w:r>
              <w:rPr>
                <w:rFonts w:ascii="Kokila" w:hAnsi="Kokila"/>
                <w:color w:val="282828"/>
              </w:rPr>
              <w:t>कुल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न्यूनतम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१५% </w:t>
            </w:r>
            <w:proofErr w:type="spellStart"/>
            <w:r>
              <w:rPr>
                <w:rFonts w:ascii="Kokila" w:hAnsi="Kokila"/>
                <w:color w:val="282828"/>
              </w:rPr>
              <w:t>कायम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7796CA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84AF42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9A95A45" w14:textId="77777777" w:rsidR="00D20747" w:rsidRDefault="00D20747" w:rsidP="00D20747"/>
        </w:tc>
      </w:tr>
      <w:tr w:rsidR="00D20747" w14:paraId="491AC50C" w14:textId="77777777" w:rsidTr="006959CF">
        <w:tc>
          <w:tcPr>
            <w:tcW w:w="608" w:type="dxa"/>
          </w:tcPr>
          <w:p w14:paraId="1BC31AF4" w14:textId="6902A22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26EDBDE9" w14:textId="6A59FF7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ठुलो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रु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. १० </w:t>
            </w:r>
            <w:proofErr w:type="spellStart"/>
            <w:r>
              <w:rPr>
                <w:rFonts w:ascii="Kokila" w:hAnsi="Kokila"/>
                <w:color w:val="282828"/>
              </w:rPr>
              <w:t>लाख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सोभन्दा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स्रोत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खोजी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नियमानुसार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AML/CFT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99B612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8E9B50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0C38D90" w14:textId="77777777" w:rsidR="00D20747" w:rsidRDefault="00D20747" w:rsidP="00D20747"/>
        </w:tc>
      </w:tr>
      <w:tr w:rsidR="00D20747" w14:paraId="62A650DE" w14:textId="77777777" w:rsidTr="006959CF">
        <w:tc>
          <w:tcPr>
            <w:tcW w:w="608" w:type="dxa"/>
          </w:tcPr>
          <w:p w14:paraId="2306413E" w14:textId="25BC61E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42019FDF" w14:textId="5ADE66C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पासबुक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लेखाको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भिडान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(Reconcile)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35EF84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D6722C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7D788C2" w14:textId="77777777" w:rsidR="00D20747" w:rsidRDefault="00D20747" w:rsidP="00D20747"/>
        </w:tc>
      </w:tr>
      <w:tr w:rsidR="00D20747" w14:paraId="6A490496" w14:textId="77777777" w:rsidTr="006959CF">
        <w:tc>
          <w:tcPr>
            <w:tcW w:w="608" w:type="dxa"/>
          </w:tcPr>
          <w:p w14:paraId="21793F0C" w14:textId="1478AEA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43748680" w14:textId="269F0B3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निष्क्रिय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(Dormant Accounts) </w:t>
            </w:r>
            <w:proofErr w:type="spellStart"/>
            <w:r>
              <w:rPr>
                <w:rFonts w:ascii="Kokila" w:hAnsi="Kokila"/>
                <w:color w:val="282828"/>
              </w:rPr>
              <w:t>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छुट्टै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अनुगमनमा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858BFD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FC508D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ED8D0D" w14:textId="77777777" w:rsidR="00D20747" w:rsidRDefault="00D20747" w:rsidP="00D20747"/>
        </w:tc>
      </w:tr>
      <w:tr w:rsidR="00D20747" w14:paraId="22DC2A17" w14:textId="77777777" w:rsidTr="006959CF">
        <w:tc>
          <w:tcPr>
            <w:tcW w:w="608" w:type="dxa"/>
          </w:tcPr>
          <w:p w14:paraId="0E41D8AB" w14:textId="74EB94E1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0F21DA5C" w14:textId="5D0322D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निष्क्रिय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: </w:t>
            </w:r>
            <w:proofErr w:type="spellStart"/>
            <w:r>
              <w:rPr>
                <w:rFonts w:ascii="Kokila" w:hAnsi="Kokila"/>
                <w:color w:val="282828"/>
              </w:rPr>
              <w:t>पहिचान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0C2C4C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B03D97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3BD160" w14:textId="77777777" w:rsidR="00D20747" w:rsidRDefault="00D20747" w:rsidP="00D20747"/>
        </w:tc>
      </w:tr>
      <w:tr w:rsidR="00D20747" w14:paraId="55EF21C5" w14:textId="77777777" w:rsidTr="006959CF">
        <w:tc>
          <w:tcPr>
            <w:tcW w:w="608" w:type="dxa"/>
          </w:tcPr>
          <w:p w14:paraId="73478281" w14:textId="0DA0348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19667A03" w14:textId="7A4FA2A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सर्वसाधारण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गैर-सदस्य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r w:rsidRPr="001324EA">
              <w:rPr>
                <w:rFonts w:ascii="Kokila" w:hAnsi="Kokila" w:cs="Kokila"/>
                <w:color w:val="282828"/>
                <w:cs/>
                <w:lang w:bidi="ne-NP"/>
              </w:rPr>
              <w:t xml:space="preserve">वा </w:t>
            </w:r>
            <w:r w:rsidRPr="001324EA">
              <w:rPr>
                <w:rFonts w:ascii="Kokila" w:hAnsi="Kokila" w:cs="Kokila"/>
                <w:color w:val="282828"/>
                <w:cs/>
                <w:lang w:bidi="hi-IN"/>
              </w:rPr>
              <w:t>संस्थाको नियमानुसार शेयर सदस्यता प्राप्त नगरेको व्यक्ति</w:t>
            </w:r>
            <w:r w:rsidRPr="001324EA">
              <w:rPr>
                <w:rFonts w:ascii="Kokila" w:hAnsi="Kokila" w:cs="Kokila"/>
                <w:color w:val="282828"/>
              </w:rPr>
              <w:t xml:space="preserve">) </w:t>
            </w:r>
            <w:proofErr w:type="spellStart"/>
            <w:r w:rsidRPr="001324EA">
              <w:rPr>
                <w:rFonts w:ascii="Kokila" w:hAnsi="Kokila" w:cs="Kokila"/>
                <w:color w:val="282828"/>
              </w:rPr>
              <w:t>बा</w:t>
            </w:r>
            <w:r>
              <w:rPr>
                <w:rFonts w:ascii="Kokila" w:hAnsi="Kokila"/>
                <w:color w:val="282828"/>
              </w:rPr>
              <w:t>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B63955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664F2B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34B2C4B" w14:textId="1E9D1FDF" w:rsidR="00D20747" w:rsidRDefault="00D20747" w:rsidP="00D20747">
            <w:pPr>
              <w:rPr>
                <w:lang w:bidi="ne-NP"/>
              </w:rPr>
            </w:pPr>
          </w:p>
        </w:tc>
      </w:tr>
      <w:tr w:rsidR="00D20747" w14:paraId="3670ED37" w14:textId="77777777" w:rsidTr="006959CF">
        <w:tc>
          <w:tcPr>
            <w:tcW w:w="608" w:type="dxa"/>
          </w:tcPr>
          <w:p w14:paraId="51EF6B51" w14:textId="394E7653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68F4D9B7" w14:textId="116E9DD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बजार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प्रतिनिधिहरूले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सोही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भोलिपल्टै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लेखामा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145132C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A15A1F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DFEE3AA" w14:textId="6A99BE0D" w:rsidR="00D20747" w:rsidRDefault="00D20747" w:rsidP="00D20747">
            <w:pPr>
              <w:rPr>
                <w:lang w:bidi="ne-NP"/>
              </w:rPr>
            </w:pPr>
          </w:p>
        </w:tc>
      </w:tr>
      <w:tr w:rsidR="00D20747" w14:paraId="1D05D205" w14:textId="77777777" w:rsidTr="006959CF">
        <w:tc>
          <w:tcPr>
            <w:tcW w:w="608" w:type="dxa"/>
          </w:tcPr>
          <w:p w14:paraId="25492595" w14:textId="26AC929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02338D5D" w14:textId="1F2C491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सङ्कलनकर्ताहरूको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काउन्टरफाइल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(Receipt Book)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भिडान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EC2E02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51E414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A3BA3C0" w14:textId="77777777" w:rsidR="00D20747" w:rsidRDefault="00D20747" w:rsidP="00D20747"/>
        </w:tc>
      </w:tr>
      <w:tr w:rsidR="00D20747" w14:paraId="20672C7C" w14:textId="77777777" w:rsidTr="006959CF">
        <w:tc>
          <w:tcPr>
            <w:tcW w:w="608" w:type="dxa"/>
          </w:tcPr>
          <w:p w14:paraId="0356D86C" w14:textId="5E9D488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35B9491A" w14:textId="7A5ED35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एक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अंश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सीमाभन्दा</w:t>
            </w:r>
            <w:proofErr w:type="spellEnd"/>
            <w:r>
              <w:rPr>
                <w:rFonts w:ascii="Kokila" w:hAnsi="Kokila" w:hint="cs"/>
                <w:color w:val="282828"/>
                <w:cs/>
                <w:lang w:bidi="ne-NP"/>
              </w:rPr>
              <w:t xml:space="preserve"> </w:t>
            </w:r>
            <w:r>
              <w:rPr>
                <w:rFonts w:ascii="Kokila" w:hAnsi="Kokila"/>
                <w:color w:val="282828"/>
              </w:rPr>
              <w:t>(</w:t>
            </w:r>
            <w:r w:rsidRPr="00E34663">
              <w:rPr>
                <w:rFonts w:ascii="Kokila" w:hAnsi="Kokila" w:cs="Kokila"/>
                <w:b/>
                <w:bCs/>
                <w:color w:val="282828"/>
                <w:cs/>
                <w:lang w:bidi="hi-IN"/>
              </w:rPr>
              <w:t>कुल प्राथमिक पुँजी (</w:t>
            </w:r>
            <w:r w:rsidRPr="00E34663">
              <w:rPr>
                <w:rFonts w:ascii="Kokila" w:hAnsi="Kokila" w:cs="Kokila"/>
                <w:b/>
                <w:bCs/>
                <w:color w:val="282828"/>
              </w:rPr>
              <w:t>Primary</w:t>
            </w:r>
            <w:r>
              <w:rPr>
                <w:rFonts w:ascii="Kokila" w:hAnsi="Kokila" w:cs="Kokila"/>
                <w:b/>
                <w:bCs/>
                <w:color w:val="282828"/>
              </w:rPr>
              <w:t>/</w:t>
            </w:r>
            <w:r w:rsidRPr="00E34663">
              <w:rPr>
                <w:rFonts w:ascii="Kokila" w:hAnsi="Kokila" w:cs="Kokila"/>
                <w:b/>
                <w:bCs/>
                <w:color w:val="282828"/>
              </w:rPr>
              <w:t xml:space="preserve">Core Capital) </w:t>
            </w:r>
            <w:r w:rsidRPr="00E34663">
              <w:rPr>
                <w:rFonts w:ascii="Kokila" w:hAnsi="Kokila" w:cs="Kokila"/>
                <w:b/>
                <w:bCs/>
                <w:color w:val="282828"/>
                <w:cs/>
                <w:lang w:bidi="hi-IN"/>
              </w:rPr>
              <w:t xml:space="preserve">को १०% भन्दा </w:t>
            </w:r>
            <w:proofErr w:type="gramStart"/>
            <w:r w:rsidRPr="00E34663">
              <w:rPr>
                <w:rFonts w:ascii="Kokila" w:hAnsi="Kokila" w:cs="Kokila"/>
                <w:b/>
                <w:bCs/>
                <w:color w:val="282828"/>
                <w:cs/>
                <w:lang w:bidi="ne-NP"/>
              </w:rPr>
              <w:t xml:space="preserve">कम </w:t>
            </w:r>
            <w:r>
              <w:rPr>
                <w:rFonts w:ascii="Kokila" w:hAnsi="Kokila"/>
                <w:color w:val="282828"/>
              </w:rPr>
              <w:t>)</w:t>
            </w:r>
            <w:proofErr w:type="gram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036482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D7BEF7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C40E392" w14:textId="77777777" w:rsidR="00D20747" w:rsidRDefault="00D20747" w:rsidP="00D20747"/>
        </w:tc>
      </w:tr>
      <w:tr w:rsidR="00D20747" w14:paraId="37E31CDD" w14:textId="77777777" w:rsidTr="006959CF">
        <w:tc>
          <w:tcPr>
            <w:tcW w:w="608" w:type="dxa"/>
          </w:tcPr>
          <w:p w14:paraId="31225FB9" w14:textId="290B7561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0EBF0B69" w14:textId="34488A8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बन्द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पासबुक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समर्पण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परिचयपत्र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2256E6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108FBD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67CAC19" w14:textId="77777777" w:rsidR="00D20747" w:rsidRDefault="00D20747" w:rsidP="00D20747"/>
        </w:tc>
      </w:tr>
      <w:tr w:rsidR="00D20747" w14:paraId="5CF5CB0F" w14:textId="77777777" w:rsidTr="006959CF">
        <w:tc>
          <w:tcPr>
            <w:tcW w:w="608" w:type="dxa"/>
          </w:tcPr>
          <w:p w14:paraId="1ED725B3" w14:textId="7EEF469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3ECE0E95" w14:textId="65B5FD3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मुद्दती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(FD Certificate)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क्रमबद्ध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प्रिन्ट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जारी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21239B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03C847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7337AAC" w14:textId="77777777" w:rsidR="00D20747" w:rsidRDefault="00D20747" w:rsidP="00D20747"/>
        </w:tc>
      </w:tr>
      <w:tr w:rsidR="00D20747" w14:paraId="304EB782" w14:textId="77777777" w:rsidTr="006959CF">
        <w:tc>
          <w:tcPr>
            <w:tcW w:w="608" w:type="dxa"/>
          </w:tcPr>
          <w:p w14:paraId="5C7BEF97" w14:textId="70273D5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19A35856" w14:textId="74E45F9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संयन्त्र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A80A4F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445B41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F60D16B" w14:textId="77777777" w:rsidR="00D20747" w:rsidRDefault="00D20747" w:rsidP="00D20747"/>
        </w:tc>
      </w:tr>
      <w:tr w:rsidR="00D20747" w14:paraId="6EB9332C" w14:textId="77777777" w:rsidTr="006959CF">
        <w:tc>
          <w:tcPr>
            <w:tcW w:w="608" w:type="dxa"/>
          </w:tcPr>
          <w:p w14:paraId="56E2D48F" w14:textId="6B0E65E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57016616" w14:textId="68BE77A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बचतकर्तालाई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स्टेटमेन्ट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पासबुक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BB648A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B0E601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2A8BF22" w14:textId="77777777" w:rsidR="00D20747" w:rsidRDefault="00D20747" w:rsidP="00D20747"/>
        </w:tc>
      </w:tr>
      <w:tr w:rsidR="00D20747" w14:paraId="6545F77F" w14:textId="77777777" w:rsidTr="006959CF">
        <w:tc>
          <w:tcPr>
            <w:tcW w:w="608" w:type="dxa"/>
          </w:tcPr>
          <w:p w14:paraId="51ED10B0" w14:textId="79701AF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0EA60F2D" w14:textId="2F182B3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अनलाइन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डिजिटल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(Security Audit)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3A0DFA8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DB0ED4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56DEDBC" w14:textId="77777777" w:rsidR="00D20747" w:rsidRDefault="00D20747" w:rsidP="00D20747"/>
        </w:tc>
      </w:tr>
      <w:tr w:rsidR="002579C9" w14:paraId="2ED56E50" w14:textId="77777777" w:rsidTr="0053036F">
        <w:tc>
          <w:tcPr>
            <w:tcW w:w="15210" w:type="dxa"/>
            <w:gridSpan w:val="8"/>
            <w:shd w:val="clear" w:color="auto" w:fill="1F497D" w:themeFill="text2"/>
          </w:tcPr>
          <w:p w14:paraId="7DC5F859" w14:textId="46F431BD" w:rsidR="002579C9" w:rsidRPr="0053036F" w:rsidRDefault="0053036F" w:rsidP="00D20747">
            <w:pPr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४.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कर्जा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(Loan Management)</w:t>
            </w:r>
          </w:p>
        </w:tc>
      </w:tr>
      <w:tr w:rsidR="00D20747" w14:paraId="2667C947" w14:textId="77777777" w:rsidTr="006959CF">
        <w:tc>
          <w:tcPr>
            <w:tcW w:w="608" w:type="dxa"/>
          </w:tcPr>
          <w:p w14:paraId="16067406" w14:textId="7A827B2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109DC514" w14:textId="5790F43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कार्यविधिको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F9E3AE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44670F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19E0664" w14:textId="77777777" w:rsidR="00D20747" w:rsidRDefault="00D20747" w:rsidP="00D20747"/>
        </w:tc>
      </w:tr>
      <w:tr w:rsidR="00D20747" w14:paraId="0F633D92" w14:textId="77777777" w:rsidTr="006959CF">
        <w:tc>
          <w:tcPr>
            <w:tcW w:w="608" w:type="dxa"/>
          </w:tcPr>
          <w:p w14:paraId="76A15CF1" w14:textId="7CA2F3A7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27777F14" w14:textId="64F0F06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भएपछि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विश्लेषण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(Credit Appraisal) र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ऋण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क्षमता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(Repayment Capacity) </w:t>
            </w:r>
            <w:proofErr w:type="spellStart"/>
            <w:r>
              <w:rPr>
                <w:rFonts w:ascii="Kokila" w:hAnsi="Kokila"/>
                <w:color w:val="282828"/>
              </w:rPr>
              <w:t>विश्लेषण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E52E55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D3490C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663027D" w14:textId="77777777" w:rsidR="00D20747" w:rsidRDefault="00D20747" w:rsidP="00D20747"/>
        </w:tc>
      </w:tr>
      <w:tr w:rsidR="00D20747" w14:paraId="7BBD678F" w14:textId="77777777" w:rsidTr="006959CF">
        <w:tc>
          <w:tcPr>
            <w:tcW w:w="608" w:type="dxa"/>
          </w:tcPr>
          <w:p w14:paraId="6D3DBA71" w14:textId="119C486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३</w:t>
            </w:r>
          </w:p>
        </w:tc>
        <w:tc>
          <w:tcPr>
            <w:tcW w:w="4084" w:type="dxa"/>
            <w:gridSpan w:val="2"/>
          </w:tcPr>
          <w:p w14:paraId="742667ED" w14:textId="5EFA983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proofErr w:type="gramStart"/>
            <w:r>
              <w:rPr>
                <w:rFonts w:ascii="Kokila" w:hAnsi="Kokila"/>
                <w:color w:val="282828"/>
              </w:rPr>
              <w:t>सूचना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 </w:t>
            </w:r>
            <w:r w:rsidRPr="005D5F99">
              <w:rPr>
                <w:rFonts w:ascii="Kokila" w:hAnsi="Kokila" w:cs="Kokila"/>
                <w:color w:val="282828"/>
                <w:cs/>
                <w:lang w:bidi="ne-NP"/>
              </w:rPr>
              <w:t>केन्द्र</w:t>
            </w:r>
            <w:proofErr w:type="gramEnd"/>
            <w:r>
              <w:rPr>
                <w:rFonts w:ascii="Kokila" w:hAnsi="Kokila"/>
                <w:color w:val="282828"/>
              </w:rPr>
              <w:t xml:space="preserve"> (CIC) </w:t>
            </w:r>
            <w:proofErr w:type="spellStart"/>
            <w:r>
              <w:rPr>
                <w:rFonts w:ascii="Kokila" w:hAnsi="Kokila"/>
                <w:color w:val="282828"/>
              </w:rPr>
              <w:t>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(Credit Check)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06DD81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10716D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39B66A5" w14:textId="77777777" w:rsidR="00D20747" w:rsidRDefault="00D20747" w:rsidP="00D20747"/>
        </w:tc>
      </w:tr>
      <w:tr w:rsidR="00D20747" w14:paraId="673D9477" w14:textId="77777777" w:rsidTr="006959CF">
        <w:tc>
          <w:tcPr>
            <w:tcW w:w="608" w:type="dxa"/>
          </w:tcPr>
          <w:p w14:paraId="2C3ACBD1" w14:textId="753D45A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66A9D5EF" w14:textId="78312C2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मूल्यांकन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मूल्याङ्कनकर्ता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(Valuator)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यथार्थ</w:t>
            </w:r>
            <w:proofErr w:type="spellEnd"/>
            <w:r w:rsidRPr="007865BD">
              <w:rPr>
                <w:rFonts w:ascii="Kokila" w:hAnsi="Kokila" w:cs="Kokila"/>
                <w:color w:val="282828"/>
                <w:cs/>
                <w:lang w:bidi="ne-NP"/>
              </w:rPr>
              <w:t>पु</w:t>
            </w:r>
            <w:proofErr w:type="spellStart"/>
            <w:r>
              <w:rPr>
                <w:rFonts w:ascii="Kokila" w:hAnsi="Kokila"/>
                <w:color w:val="282828"/>
              </w:rPr>
              <w:t>रक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C8116D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F55972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657F422" w14:textId="77777777" w:rsidR="00D20747" w:rsidRDefault="00D20747" w:rsidP="00D20747"/>
        </w:tc>
      </w:tr>
      <w:tr w:rsidR="00D20747" w14:paraId="09BA6567" w14:textId="77777777" w:rsidTr="006959CF">
        <w:tc>
          <w:tcPr>
            <w:tcW w:w="608" w:type="dxa"/>
          </w:tcPr>
          <w:p w14:paraId="40758A73" w14:textId="54A3054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784D22DC" w14:textId="74948DD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घर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जग्गाको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रोक्का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(Mortgage Deed) </w:t>
            </w:r>
            <w:proofErr w:type="spellStart"/>
            <w:r>
              <w:rPr>
                <w:rFonts w:ascii="Kokila" w:hAnsi="Kokila"/>
                <w:color w:val="282828"/>
              </w:rPr>
              <w:t>मालपोत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कार्यालयबाट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सक्कल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23F3DE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F364A4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DBCA95F" w14:textId="77777777" w:rsidR="00D20747" w:rsidRDefault="00D20747" w:rsidP="00D20747"/>
        </w:tc>
      </w:tr>
      <w:tr w:rsidR="00D20747" w:rsidRPr="00752864" w14:paraId="06072564" w14:textId="77777777" w:rsidTr="006959CF">
        <w:tc>
          <w:tcPr>
            <w:tcW w:w="608" w:type="dxa"/>
          </w:tcPr>
          <w:p w14:paraId="43025FF5" w14:textId="0D0EFFB1" w:rsidR="00D20747" w:rsidRPr="00752864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4D282228" w14:textId="3B4AEBF2" w:rsidR="00D20747" w:rsidRPr="00752864" w:rsidRDefault="00D20747" w:rsidP="00D20747">
            <w:pPr>
              <w:jc w:val="both"/>
              <w:rPr>
                <w:rFonts w:ascii="Kokila" w:hAnsi="Kokila" w:cs="Kokila"/>
                <w:color w:val="282828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धितो कर्जा लगानी गर्दा धितो मुल्यांकन कार्यविधिको अधिमा रही लगानी गरिएको छ?</w:t>
            </w:r>
          </w:p>
        </w:tc>
        <w:tc>
          <w:tcPr>
            <w:tcW w:w="448" w:type="dxa"/>
          </w:tcPr>
          <w:p w14:paraId="17B33572" w14:textId="77777777" w:rsidR="00D20747" w:rsidRPr="00752864" w:rsidRDefault="00D20747" w:rsidP="00D20747">
            <w:pPr>
              <w:jc w:val="center"/>
              <w:rPr>
                <w:rFonts w:ascii="Kokila" w:hAnsi="Kokila" w:cs="Kokila"/>
                <w:lang w:bidi="ne-NP"/>
              </w:rPr>
            </w:pPr>
          </w:p>
        </w:tc>
        <w:tc>
          <w:tcPr>
            <w:tcW w:w="452" w:type="dxa"/>
          </w:tcPr>
          <w:p w14:paraId="511612E1" w14:textId="77777777" w:rsidR="00D20747" w:rsidRPr="00752864" w:rsidRDefault="00D20747" w:rsidP="00D20747">
            <w:pPr>
              <w:jc w:val="center"/>
              <w:rPr>
                <w:rFonts w:ascii="Kokila" w:hAnsi="Kokila" w:cs="Kokila"/>
              </w:rPr>
            </w:pPr>
          </w:p>
        </w:tc>
        <w:tc>
          <w:tcPr>
            <w:tcW w:w="9618" w:type="dxa"/>
            <w:gridSpan w:val="3"/>
          </w:tcPr>
          <w:p w14:paraId="4B8D47C5" w14:textId="77777777" w:rsidR="00D20747" w:rsidRPr="00752864" w:rsidRDefault="00D20747" w:rsidP="00D20747">
            <w:pPr>
              <w:rPr>
                <w:rFonts w:ascii="Kokila" w:hAnsi="Kokila" w:cs="Kokila"/>
              </w:rPr>
            </w:pPr>
          </w:p>
        </w:tc>
      </w:tr>
      <w:tr w:rsidR="00D20747" w14:paraId="605C2751" w14:textId="77777777" w:rsidTr="006959CF">
        <w:tc>
          <w:tcPr>
            <w:tcW w:w="608" w:type="dxa"/>
          </w:tcPr>
          <w:p w14:paraId="4ED0C342" w14:textId="5EEF4FB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39DFA693" w14:textId="3A7148F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एक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कूल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प्राथमिक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पुँजीको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१५%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40628F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B5DBA1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24446C8" w14:textId="77777777" w:rsidR="00D20747" w:rsidRDefault="00D20747" w:rsidP="00D20747"/>
        </w:tc>
      </w:tr>
      <w:tr w:rsidR="00D20747" w14:paraId="4B5B7267" w14:textId="77777777" w:rsidTr="006959CF">
        <w:tc>
          <w:tcPr>
            <w:tcW w:w="608" w:type="dxa"/>
          </w:tcPr>
          <w:p w14:paraId="4A5D4543" w14:textId="0E89A3E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7736F853" w14:textId="1A6AA5C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विशेष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सुविधा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नाघेर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प्रवाह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2E171F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DDD636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3FB50E7" w14:textId="77777777" w:rsidR="00D20747" w:rsidRDefault="00D20747" w:rsidP="00D20747"/>
        </w:tc>
      </w:tr>
      <w:tr w:rsidR="00D20747" w14:paraId="29E3AB3D" w14:textId="77777777" w:rsidTr="006959CF">
        <w:tc>
          <w:tcPr>
            <w:tcW w:w="608" w:type="dxa"/>
          </w:tcPr>
          <w:p w14:paraId="0E40B402" w14:textId="1CD0030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63467B5A" w14:textId="7FB64FD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अख्तियारी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नियमानुसार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1F7289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1DD6DE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FC0FE2B" w14:textId="77777777" w:rsidR="00D20747" w:rsidRDefault="00D20747" w:rsidP="00D20747"/>
        </w:tc>
      </w:tr>
      <w:tr w:rsidR="00D20747" w14:paraId="7CA3A3C9" w14:textId="77777777" w:rsidTr="006959CF">
        <w:tc>
          <w:tcPr>
            <w:tcW w:w="608" w:type="dxa"/>
          </w:tcPr>
          <w:p w14:paraId="1E2D0121" w14:textId="0C320C9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3F910AC8" w14:textId="77E9C7F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धितोमा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सवारी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भवन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स्टक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पर्याप्त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(Insurance)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A57728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7D2412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FD294CE" w14:textId="77777777" w:rsidR="00D20747" w:rsidRDefault="00D20747" w:rsidP="00D20747"/>
        </w:tc>
      </w:tr>
      <w:tr w:rsidR="00D20747" w14:paraId="63C46784" w14:textId="77777777" w:rsidTr="006959CF">
        <w:tc>
          <w:tcPr>
            <w:tcW w:w="608" w:type="dxa"/>
          </w:tcPr>
          <w:p w14:paraId="2CCF4716" w14:textId="2151A28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26E6F494" w14:textId="5A240C1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बचतको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ब्याजदर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अन्तर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(Interest Spread Rate) </w:t>
            </w: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DC1BE0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r w:rsidRPr="00E42BFA">
              <w:rPr>
                <w:rFonts w:ascii="Kokila" w:hAnsi="Kokila" w:cs="Kokila"/>
                <w:color w:val="282828"/>
                <w:cs/>
                <w:lang w:bidi="ne-NP"/>
              </w:rPr>
              <w:t>६</w:t>
            </w:r>
            <w:r>
              <w:rPr>
                <w:rFonts w:ascii="Kokila" w:hAnsi="Kokila"/>
                <w:color w:val="282828"/>
              </w:rPr>
              <w:t xml:space="preserve">%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541A69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2A093A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64EB00C" w14:textId="77777777" w:rsidR="00D20747" w:rsidRDefault="00D20747" w:rsidP="00D20747"/>
        </w:tc>
      </w:tr>
      <w:tr w:rsidR="00D20747" w14:paraId="4BF8F900" w14:textId="77777777" w:rsidTr="006959CF">
        <w:tc>
          <w:tcPr>
            <w:tcW w:w="608" w:type="dxa"/>
          </w:tcPr>
          <w:p w14:paraId="00C424C6" w14:textId="378793E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7FC37008" w14:textId="1029A04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DC1BE0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अतिरिक्त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गैरकानुनी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7ADD44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2B5601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DB0A00E" w14:textId="77777777" w:rsidR="00D20747" w:rsidRDefault="00D20747" w:rsidP="00D20747"/>
        </w:tc>
      </w:tr>
      <w:tr w:rsidR="00D20747" w14:paraId="6A862674" w14:textId="77777777" w:rsidTr="006959CF">
        <w:tc>
          <w:tcPr>
            <w:tcW w:w="608" w:type="dxa"/>
          </w:tcPr>
          <w:p w14:paraId="29754C85" w14:textId="587DDAB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140543CA" w14:textId="20D8360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वर्गीकरण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सक्रिय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कमसल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शङ्कास्पद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, र </w:t>
            </w:r>
            <w:proofErr w:type="spellStart"/>
            <w:r>
              <w:rPr>
                <w:rFonts w:ascii="Kokila" w:hAnsi="Kokila"/>
                <w:color w:val="282828"/>
              </w:rPr>
              <w:t>खराब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मापदण्ड</w:t>
            </w:r>
            <w:proofErr w:type="spellEnd"/>
            <w:r>
              <w:rPr>
                <w:rFonts w:ascii="Kokila" w:hAnsi="Kokila"/>
                <w:color w:val="282828"/>
              </w:rPr>
              <w:t xml:space="preserve">/PEARLS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9065C1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407078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D9BBBF3" w14:textId="77777777" w:rsidR="00D20747" w:rsidRDefault="00D20747" w:rsidP="00D20747"/>
        </w:tc>
      </w:tr>
      <w:tr w:rsidR="00D20747" w14:paraId="53B188CE" w14:textId="77777777" w:rsidTr="006959CF">
        <w:tc>
          <w:tcPr>
            <w:tcW w:w="608" w:type="dxa"/>
          </w:tcPr>
          <w:p w14:paraId="377E0D6D" w14:textId="1B1DE2B3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79D5EDE7" w14:textId="34D5FB9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भाखा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नाघेको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बमोजिम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नोक्सानी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(Loan Loss Provisioning)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F14B8E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906EEE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09FF61D" w14:textId="77777777" w:rsidR="00D20747" w:rsidRDefault="00D20747" w:rsidP="00D20747"/>
        </w:tc>
      </w:tr>
      <w:tr w:rsidR="00D20747" w14:paraId="75DF6C0B" w14:textId="77777777" w:rsidTr="006959CF">
        <w:tc>
          <w:tcPr>
            <w:tcW w:w="608" w:type="dxa"/>
          </w:tcPr>
          <w:p w14:paraId="5CDA319B" w14:textId="503734F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39AE014B" w14:textId="2981D37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भाखा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नाघेको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असुलीका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ता</w:t>
            </w:r>
            <w:proofErr w:type="spellEnd"/>
            <w:r w:rsidRPr="00812D46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पत्रचार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लिलामी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अगाडि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37468F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3ECD4C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0285206" w14:textId="77777777" w:rsidR="00D20747" w:rsidRDefault="00D20747" w:rsidP="00D20747"/>
        </w:tc>
      </w:tr>
      <w:tr w:rsidR="00D20747" w14:paraId="18AC5F64" w14:textId="77777777" w:rsidTr="006959CF">
        <w:tc>
          <w:tcPr>
            <w:tcW w:w="608" w:type="dxa"/>
          </w:tcPr>
          <w:p w14:paraId="1740E739" w14:textId="5138C1B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2FF327AF" w14:textId="42FA3B4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नवीकरण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पुरानो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पुँजीकरण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(Capitalize)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नयाँ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गलत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अभ्यास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E46445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8B84FF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C3A03B1" w14:textId="77777777" w:rsidR="00D20747" w:rsidRDefault="00D20747" w:rsidP="00D20747"/>
        </w:tc>
      </w:tr>
      <w:tr w:rsidR="00D20747" w14:paraId="7C70EEBB" w14:textId="77777777" w:rsidTr="006959CF">
        <w:tc>
          <w:tcPr>
            <w:tcW w:w="608" w:type="dxa"/>
          </w:tcPr>
          <w:p w14:paraId="27D43AC0" w14:textId="0246D3B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13DE8CCD" w14:textId="4EA38B1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सामूहिक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जमानत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BCC5F0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A665F1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279F9CC" w14:textId="77777777" w:rsidR="00D20747" w:rsidRDefault="00D20747" w:rsidP="00D20747"/>
        </w:tc>
      </w:tr>
      <w:tr w:rsidR="00D20747" w14:paraId="4D2E6E01" w14:textId="77777777" w:rsidTr="006959CF">
        <w:tc>
          <w:tcPr>
            <w:tcW w:w="608" w:type="dxa"/>
          </w:tcPr>
          <w:p w14:paraId="13838428" w14:textId="66FF048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3771AEB3" w14:textId="54C46C7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गैर-बैंकिङ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(Non-Banking Assets)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व्यवस्थापन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F47DD6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30559C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0093B23" w14:textId="77777777" w:rsidR="00D20747" w:rsidRDefault="00D20747" w:rsidP="00D20747"/>
        </w:tc>
      </w:tr>
      <w:tr w:rsidR="00D20747" w14:paraId="13B4C747" w14:textId="77777777" w:rsidTr="006959CF">
        <w:tc>
          <w:tcPr>
            <w:tcW w:w="608" w:type="dxa"/>
          </w:tcPr>
          <w:p w14:paraId="093EF05D" w14:textId="0694447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4E97C4A6" w14:textId="0E81551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चुक्ता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भएपछि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फुकुवा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F5FFC3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05C3AC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5A3B072" w14:textId="77777777" w:rsidR="00D20747" w:rsidRDefault="00D20747" w:rsidP="00D20747"/>
        </w:tc>
      </w:tr>
      <w:tr w:rsidR="00D20747" w14:paraId="6CD9CF3C" w14:textId="77777777" w:rsidTr="006959CF">
        <w:tc>
          <w:tcPr>
            <w:tcW w:w="608" w:type="dxa"/>
          </w:tcPr>
          <w:p w14:paraId="194DBBAC" w14:textId="01313A9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562576E5" w14:textId="12A9262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फाइलमा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आवश्यक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निवेदन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आयस्रोत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धितो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रोक्का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तस्बिर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64F1EF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46483A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CB95409" w14:textId="77777777" w:rsidR="00D20747" w:rsidRDefault="00D20747" w:rsidP="00D20747"/>
        </w:tc>
      </w:tr>
      <w:tr w:rsidR="00D20747" w14:paraId="3524123E" w14:textId="77777777" w:rsidTr="006959CF">
        <w:tc>
          <w:tcPr>
            <w:tcW w:w="608" w:type="dxa"/>
          </w:tcPr>
          <w:p w14:paraId="7AF01546" w14:textId="5156017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२१</w:t>
            </w:r>
          </w:p>
        </w:tc>
        <w:tc>
          <w:tcPr>
            <w:tcW w:w="4084" w:type="dxa"/>
            <w:gridSpan w:val="2"/>
          </w:tcPr>
          <w:p w14:paraId="676D0E98" w14:textId="7E284EE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तमसुक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(Loan Agreement)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छाप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साक्षीहरूको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हस्ताक्षर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DD5DA4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0238F5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D5C645" w14:textId="77777777" w:rsidR="00D20747" w:rsidRDefault="00D20747" w:rsidP="00D20747"/>
        </w:tc>
      </w:tr>
      <w:tr w:rsidR="00D20747" w14:paraId="6A17266E" w14:textId="77777777" w:rsidTr="006959CF">
        <w:tc>
          <w:tcPr>
            <w:tcW w:w="608" w:type="dxa"/>
          </w:tcPr>
          <w:p w14:paraId="43DCB1CF" w14:textId="31109E4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२२</w:t>
            </w:r>
          </w:p>
        </w:tc>
        <w:tc>
          <w:tcPr>
            <w:tcW w:w="4084" w:type="dxa"/>
            <w:gridSpan w:val="2"/>
          </w:tcPr>
          <w:p w14:paraId="049E3183" w14:textId="6B67AD0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पुनरसंरचना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पुनरतालिकीकरण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(Restructuring/Rescheduling)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43DE23D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C12B4B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34BB2CC" w14:textId="77777777" w:rsidR="00D20747" w:rsidRDefault="00D20747" w:rsidP="00D20747"/>
        </w:tc>
      </w:tr>
      <w:tr w:rsidR="00D20747" w14:paraId="1393926D" w14:textId="77777777" w:rsidTr="006959CF">
        <w:tc>
          <w:tcPr>
            <w:tcW w:w="608" w:type="dxa"/>
          </w:tcPr>
          <w:p w14:paraId="152A4080" w14:textId="1DCABA0F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२३</w:t>
            </w:r>
          </w:p>
        </w:tc>
        <w:tc>
          <w:tcPr>
            <w:tcW w:w="4084" w:type="dxa"/>
            <w:gridSpan w:val="2"/>
          </w:tcPr>
          <w:p w14:paraId="10F92F9E" w14:textId="036535D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असुलीबाट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r w:rsidRPr="00E167CF">
              <w:rPr>
                <w:rFonts w:ascii="Kokila" w:hAnsi="Kokila" w:cs="Kokila"/>
                <w:color w:val="282828"/>
                <w:cs/>
                <w:lang w:bidi="ne-NP"/>
              </w:rPr>
              <w:t>हर्जाना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त्यसपछि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सावाँ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हिसाव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मिलान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2A46DF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91B144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AFDBEF6" w14:textId="77777777" w:rsidR="00D20747" w:rsidRDefault="00D20747" w:rsidP="00D20747"/>
        </w:tc>
      </w:tr>
      <w:tr w:rsidR="00D20747" w14:paraId="37FE3A88" w14:textId="77777777" w:rsidTr="006959CF">
        <w:tc>
          <w:tcPr>
            <w:tcW w:w="608" w:type="dxa"/>
          </w:tcPr>
          <w:p w14:paraId="1F6515C6" w14:textId="7DEE3F6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२४</w:t>
            </w:r>
          </w:p>
        </w:tc>
        <w:tc>
          <w:tcPr>
            <w:tcW w:w="4084" w:type="dxa"/>
            <w:gridSpan w:val="2"/>
          </w:tcPr>
          <w:p w14:paraId="04010CEC" w14:textId="5CCE51C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बजार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प्रतिनिधि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मार्फत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सावाँ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तुरुन्तै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प्रविष्ट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(Post) </w:t>
            </w:r>
            <w:proofErr w:type="spellStart"/>
            <w:r>
              <w:rPr>
                <w:rFonts w:ascii="Kokila" w:hAnsi="Kokila"/>
                <w:color w:val="282828"/>
              </w:rPr>
              <w:t>हुन्छ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75971D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D71BA4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03BFA4E" w14:textId="77777777" w:rsidR="00D20747" w:rsidRDefault="00D20747" w:rsidP="00D20747"/>
        </w:tc>
      </w:tr>
      <w:tr w:rsidR="00D20747" w14:paraId="71CE2967" w14:textId="77777777" w:rsidTr="006959CF">
        <w:tc>
          <w:tcPr>
            <w:tcW w:w="608" w:type="dxa"/>
          </w:tcPr>
          <w:p w14:paraId="2F185617" w14:textId="0BC90C87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२५</w:t>
            </w:r>
          </w:p>
        </w:tc>
        <w:tc>
          <w:tcPr>
            <w:tcW w:w="4084" w:type="dxa"/>
            <w:gridSpan w:val="2"/>
          </w:tcPr>
          <w:p w14:paraId="53AB6C4C" w14:textId="72249B6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अनुपात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(Loan to Asset Ratio)</w:t>
            </w:r>
            <w:r w:rsidRPr="00470638">
              <w:rPr>
                <w:rFonts w:ascii="Kokila" w:hAnsi="Kokila" w:cs="Kokila"/>
                <w:color w:val="282828"/>
              </w:rPr>
              <w:t xml:space="preserve"> </w:t>
            </w:r>
            <w:r w:rsidRPr="00470638">
              <w:rPr>
                <w:rFonts w:ascii="Kokila" w:hAnsi="Kokila" w:cs="Kokila"/>
                <w:color w:val="282828"/>
                <w:cs/>
                <w:lang w:bidi="ne-NP"/>
              </w:rPr>
              <w:t xml:space="preserve">(७० देखि ८० </w:t>
            </w:r>
            <w:proofErr w:type="gramStart"/>
            <w:r w:rsidRPr="00470638">
              <w:rPr>
                <w:rFonts w:ascii="Kokila" w:hAnsi="Kokila" w:cs="Kokila"/>
                <w:color w:val="282828"/>
                <w:cs/>
                <w:lang w:bidi="ne-NP"/>
              </w:rPr>
              <w:t>प्रतिशत</w:t>
            </w:r>
            <w:r>
              <w:rPr>
                <w:rFonts w:ascii="Kokila" w:hAnsi="Kokila" w:hint="cs"/>
                <w:color w:val="282828"/>
                <w:cs/>
                <w:lang w:bidi="ne-NP"/>
              </w:rPr>
              <w:t>)</w:t>
            </w:r>
            <w:proofErr w:type="spellStart"/>
            <w:r>
              <w:rPr>
                <w:rFonts w:ascii="Kokila" w:hAnsi="Kokila"/>
                <w:color w:val="282828"/>
              </w:rPr>
              <w:t>स्वस्थ</w:t>
            </w:r>
            <w:proofErr w:type="spellEnd"/>
            <w:proofErr w:type="gram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266856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219EDC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905308" w14:textId="77777777" w:rsidR="00D20747" w:rsidRDefault="00D20747" w:rsidP="00D20747"/>
        </w:tc>
      </w:tr>
      <w:tr w:rsidR="002579C9" w14:paraId="64D829C1" w14:textId="77777777" w:rsidTr="0053036F">
        <w:tc>
          <w:tcPr>
            <w:tcW w:w="15210" w:type="dxa"/>
            <w:gridSpan w:val="8"/>
            <w:shd w:val="clear" w:color="auto" w:fill="1F497D" w:themeFill="text2"/>
          </w:tcPr>
          <w:p w14:paraId="6B10213E" w14:textId="0B25E20C" w:rsidR="002579C9" w:rsidRPr="0053036F" w:rsidRDefault="0053036F" w:rsidP="00D20747">
            <w:pPr>
              <w:rPr>
                <w:b/>
                <w:bCs/>
              </w:rPr>
            </w:pPr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५.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नगद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बैंक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53036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(Cash and Bank Management)</w:t>
            </w:r>
          </w:p>
        </w:tc>
      </w:tr>
      <w:tr w:rsidR="00D20747" w14:paraId="2B4B101E" w14:textId="77777777" w:rsidTr="006959CF">
        <w:tc>
          <w:tcPr>
            <w:tcW w:w="608" w:type="dxa"/>
          </w:tcPr>
          <w:p w14:paraId="2E751950" w14:textId="2223920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5D58D546" w14:textId="7F8A8BD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दैनिक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(Physical Cash Count) र </w:t>
            </w:r>
            <w:proofErr w:type="spellStart"/>
            <w:r>
              <w:rPr>
                <w:rFonts w:ascii="Kokila" w:hAnsi="Kokila"/>
                <w:color w:val="282828"/>
              </w:rPr>
              <w:t>खाताको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बीच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भिडान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3FAB5A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417654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378C5D9" w14:textId="77777777" w:rsidR="00D20747" w:rsidRDefault="00D20747" w:rsidP="00D20747"/>
        </w:tc>
      </w:tr>
      <w:tr w:rsidR="00D20747" w14:paraId="74971538" w14:textId="77777777" w:rsidTr="006959CF">
        <w:tc>
          <w:tcPr>
            <w:tcW w:w="608" w:type="dxa"/>
          </w:tcPr>
          <w:p w14:paraId="79B61E9E" w14:textId="2034877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5AC19DCA" w14:textId="70F4C19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भल्ट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(Vault) र </w:t>
            </w:r>
            <w:proofErr w:type="spellStart"/>
            <w:r>
              <w:rPr>
                <w:rFonts w:ascii="Kokila" w:hAnsi="Kokila"/>
                <w:color w:val="282828"/>
              </w:rPr>
              <w:t>स्ट्रङ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रुमको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चाबी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दुई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संयुक्त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(Dual Control)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0CF3B1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91B43C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3BF7FCF" w14:textId="77777777" w:rsidR="00D20747" w:rsidRDefault="00D20747" w:rsidP="00D20747"/>
        </w:tc>
      </w:tr>
      <w:tr w:rsidR="00D20747" w14:paraId="436DE05B" w14:textId="77777777" w:rsidTr="006959CF">
        <w:tc>
          <w:tcPr>
            <w:tcW w:w="608" w:type="dxa"/>
          </w:tcPr>
          <w:p w14:paraId="6315EA32" w14:textId="5DB376F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5AC66CE2" w14:textId="3B12285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(Cash Balance) र </w:t>
            </w:r>
            <w:proofErr w:type="spellStart"/>
            <w:r>
              <w:rPr>
                <w:rFonts w:ascii="Kokila" w:hAnsi="Kokila"/>
                <w:color w:val="282828"/>
              </w:rPr>
              <w:t>काउन्टरको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(Cash Holding Limit) </w:t>
            </w:r>
            <w:proofErr w:type="spellStart"/>
            <w:r>
              <w:rPr>
                <w:rFonts w:ascii="Kokila" w:hAnsi="Kokila"/>
                <w:color w:val="282828"/>
              </w:rPr>
              <w:t>तोकिए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बमोजिम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94C097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513311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96E3180" w14:textId="77777777" w:rsidR="00D20747" w:rsidRDefault="00D20747" w:rsidP="00D20747"/>
        </w:tc>
      </w:tr>
      <w:tr w:rsidR="00D20747" w14:paraId="7B48D23C" w14:textId="77777777" w:rsidTr="006959CF">
        <w:tc>
          <w:tcPr>
            <w:tcW w:w="608" w:type="dxa"/>
          </w:tcPr>
          <w:p w14:paraId="6944C944" w14:textId="557949D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0EEA171D" w14:textId="6EA7279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तुरुन्तै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जम्मा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5856C1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A9126F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600E472" w14:textId="77777777" w:rsidR="00D20747" w:rsidRDefault="00D20747" w:rsidP="00D20747"/>
        </w:tc>
      </w:tr>
      <w:tr w:rsidR="00D20747" w14:paraId="304D7F94" w14:textId="77777777" w:rsidTr="006959CF">
        <w:tc>
          <w:tcPr>
            <w:tcW w:w="608" w:type="dxa"/>
          </w:tcPr>
          <w:p w14:paraId="33B64C6C" w14:textId="4E2EFA4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739E9230" w14:textId="789A54C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काउन्टर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भल्टमा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पर्याप्त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(Cash in Safe र Cash in Transit Insurance)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55B3C2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81FF37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35C8B02" w14:textId="77777777" w:rsidR="00D20747" w:rsidRDefault="00D20747" w:rsidP="00D20747"/>
        </w:tc>
      </w:tr>
      <w:tr w:rsidR="00D20747" w14:paraId="1FDB094A" w14:textId="77777777" w:rsidTr="006959CF">
        <w:tc>
          <w:tcPr>
            <w:tcW w:w="608" w:type="dxa"/>
          </w:tcPr>
          <w:p w14:paraId="28241EEB" w14:textId="1FFC082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0CC2E229" w14:textId="7AA93D5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नक्कली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नोट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पहिचान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मेसिन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चेक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B6AE8A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F6B48F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82A7519" w14:textId="77777777" w:rsidR="00D20747" w:rsidRDefault="00D20747" w:rsidP="00D20747"/>
        </w:tc>
      </w:tr>
      <w:tr w:rsidR="00D20747" w14:paraId="44E9CD3E" w14:textId="77777777" w:rsidTr="006959CF">
        <w:tc>
          <w:tcPr>
            <w:tcW w:w="608" w:type="dxa"/>
          </w:tcPr>
          <w:p w14:paraId="3100211E" w14:textId="5DE01277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6D034F71" w14:textId="247F6D2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दोहोरो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हस्ताक्षर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(Dual Signature) </w:t>
            </w:r>
            <w:proofErr w:type="spellStart"/>
            <w:r>
              <w:rPr>
                <w:rFonts w:ascii="Kokila" w:hAnsi="Kokila"/>
                <w:color w:val="282828"/>
              </w:rPr>
              <w:t>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30B903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DA7A89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57281C8" w14:textId="77777777" w:rsidR="00D20747" w:rsidRDefault="00D20747" w:rsidP="00D20747"/>
        </w:tc>
      </w:tr>
      <w:tr w:rsidR="00D20747" w14:paraId="1C12EE4C" w14:textId="77777777" w:rsidTr="006959CF">
        <w:tc>
          <w:tcPr>
            <w:tcW w:w="608" w:type="dxa"/>
          </w:tcPr>
          <w:p w14:paraId="58739977" w14:textId="1777CA6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65D3512E" w14:textId="22E08F7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महिना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मसान्तमा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भिडान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(Bank Reconciliation Statement)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6DE419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786ABD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56558F9" w14:textId="77777777" w:rsidR="00D20747" w:rsidRDefault="00D20747" w:rsidP="00D20747"/>
        </w:tc>
      </w:tr>
      <w:tr w:rsidR="00D20747" w14:paraId="6498A901" w14:textId="77777777" w:rsidTr="006959CF">
        <w:tc>
          <w:tcPr>
            <w:tcW w:w="608" w:type="dxa"/>
          </w:tcPr>
          <w:p w14:paraId="1D4CA909" w14:textId="2F78D25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20FD866D" w14:textId="1855517A" w:rsidR="00D20747" w:rsidRPr="00F9144C" w:rsidRDefault="00D20747" w:rsidP="00D20747">
            <w:pPr>
              <w:jc w:val="both"/>
              <w:rPr>
                <w:rFonts w:ascii="Kokila" w:hAnsi="Kokila" w:cs="Kokila"/>
              </w:rPr>
            </w:pPr>
            <w:r w:rsidRPr="00F9144C">
              <w:rPr>
                <w:rFonts w:ascii="Kokila" w:hAnsi="Kokila" w:cs="Kokila"/>
                <w:cs/>
                <w:lang w:bidi="hi-IN"/>
              </w:rPr>
              <w:t>नगद काउन्टरमा सङ्कलन भएको रकम तथा जारी गरिएका रसिदहरूको दैनिक रूपमा सफ्टवेयर र भौचरसँग भिडान गरी काउन्टर बन्द गर्ने (</w:t>
            </w:r>
            <w:r w:rsidRPr="00F9144C">
              <w:rPr>
                <w:rFonts w:ascii="Kokila" w:hAnsi="Kokila" w:cs="Kokila"/>
              </w:rPr>
              <w:t xml:space="preserve">Day-End Close) </w:t>
            </w:r>
            <w:r w:rsidRPr="00F9144C">
              <w:rPr>
                <w:rFonts w:ascii="Kokila" w:hAnsi="Kokila" w:cs="Kokila"/>
                <w:cs/>
                <w:lang w:bidi="hi-IN"/>
              </w:rPr>
              <w:t>अभ्यास छ</w:t>
            </w:r>
            <w:r w:rsidRPr="00F9144C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391ADA5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63808A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CCA367A" w14:textId="77777777" w:rsidR="00D20747" w:rsidRDefault="00D20747" w:rsidP="00D20747"/>
        </w:tc>
      </w:tr>
      <w:tr w:rsidR="00D20747" w14:paraId="25E5B250" w14:textId="77777777" w:rsidTr="006959CF">
        <w:tc>
          <w:tcPr>
            <w:tcW w:w="608" w:type="dxa"/>
          </w:tcPr>
          <w:p w14:paraId="4F987E87" w14:textId="05AD9EC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283AE1DA" w14:textId="1FD751E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सबै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प्रविष्ट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5F735B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7D5BA2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C25EC44" w14:textId="77777777" w:rsidR="00D20747" w:rsidRDefault="00D20747" w:rsidP="00D20747"/>
        </w:tc>
      </w:tr>
      <w:tr w:rsidR="00D20747" w14:paraId="42A6D1F1" w14:textId="77777777" w:rsidTr="006959CF">
        <w:tc>
          <w:tcPr>
            <w:tcW w:w="608" w:type="dxa"/>
          </w:tcPr>
          <w:p w14:paraId="77F67715" w14:textId="75C0F00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45436088" w14:textId="4EB0B46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चेकबुकहरू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स्थानमा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राखिन्छन्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प्रयोग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चेकहरूको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4DB1DA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50D0D6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350252" w14:textId="77777777" w:rsidR="00D20747" w:rsidRDefault="00D20747" w:rsidP="00D20747"/>
        </w:tc>
      </w:tr>
      <w:tr w:rsidR="00D20747" w14:paraId="54B5C0DD" w14:textId="77777777" w:rsidTr="006959CF">
        <w:tc>
          <w:tcPr>
            <w:tcW w:w="608" w:type="dxa"/>
          </w:tcPr>
          <w:p w14:paraId="14D0DAD7" w14:textId="1024C66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2B682274" w14:textId="4F28915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पूर्व-हस्ताक्षरित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gramStart"/>
            <w:r>
              <w:rPr>
                <w:rFonts w:ascii="Kokila" w:hAnsi="Kokila"/>
                <w:color w:val="282828"/>
              </w:rPr>
              <w:t>Pre-signed</w:t>
            </w:r>
            <w:proofErr w:type="gram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चेकहरू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गलत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अभ्यास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4FE866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376AAC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8321754" w14:textId="77777777" w:rsidR="00D20747" w:rsidRDefault="00D20747" w:rsidP="00D20747"/>
        </w:tc>
      </w:tr>
      <w:tr w:rsidR="00D20747" w14:paraId="1A8E1F61" w14:textId="77777777" w:rsidTr="006959CF">
        <w:tc>
          <w:tcPr>
            <w:tcW w:w="608" w:type="dxa"/>
          </w:tcPr>
          <w:p w14:paraId="5BB4C5D6" w14:textId="12F5D01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41167DA1" w14:textId="1338416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खुद्रा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(Petty Cash Fund)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भिडान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6DE6FF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E7B295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1BBBEAA" w14:textId="004BF1D7" w:rsidR="00D20747" w:rsidRDefault="00D20747" w:rsidP="00D20747">
            <w:pPr>
              <w:tabs>
                <w:tab w:val="left" w:pos="1376"/>
              </w:tabs>
            </w:pPr>
            <w:r>
              <w:tab/>
            </w:r>
          </w:p>
        </w:tc>
      </w:tr>
      <w:tr w:rsidR="00D20747" w14:paraId="42D2210F" w14:textId="77777777" w:rsidTr="006959CF">
        <w:tc>
          <w:tcPr>
            <w:tcW w:w="608" w:type="dxa"/>
          </w:tcPr>
          <w:p w14:paraId="595698BE" w14:textId="7731D68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6A2E8CF5" w14:textId="6B1B216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आधिकारिक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क्रमबद्ध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भरपाई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रसिद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16E28E5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C7B525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EA2675" w14:textId="77777777" w:rsidR="00D20747" w:rsidRDefault="00D20747" w:rsidP="00D20747"/>
        </w:tc>
      </w:tr>
      <w:tr w:rsidR="00D20747" w14:paraId="25A1400E" w14:textId="77777777" w:rsidTr="006959CF">
        <w:tc>
          <w:tcPr>
            <w:tcW w:w="608" w:type="dxa"/>
          </w:tcPr>
          <w:p w14:paraId="124B0C07" w14:textId="1692FBC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१५</w:t>
            </w:r>
          </w:p>
        </w:tc>
        <w:tc>
          <w:tcPr>
            <w:tcW w:w="4084" w:type="dxa"/>
            <w:gridSpan w:val="2"/>
          </w:tcPr>
          <w:p w14:paraId="64191845" w14:textId="62FC093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ठुलो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रु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. </w:t>
            </w:r>
            <w:r w:rsidRPr="00F12FB2">
              <w:rPr>
                <w:rFonts w:ascii="Kokila" w:hAnsi="Kokila" w:cs="Kokila"/>
                <w:color w:val="282828"/>
                <w:cs/>
                <w:lang w:bidi="ne-NP"/>
              </w:rPr>
              <w:t xml:space="preserve">२५ </w:t>
            </w:r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हजार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चेकमार्फत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डिजिटल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हस्तान्तरण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r w:rsidRPr="00A41BE7">
              <w:rPr>
                <w:rFonts w:ascii="Kokila" w:hAnsi="Kokila" w:cs="Kokila"/>
                <w:color w:val="282828"/>
                <w:cs/>
                <w:lang w:bidi="ne-NP"/>
              </w:rPr>
              <w:t>गरिएको छ</w:t>
            </w:r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1C503F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E358F4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2D0217B" w14:textId="77777777" w:rsidR="00D20747" w:rsidRDefault="00D20747" w:rsidP="00D20747"/>
        </w:tc>
      </w:tr>
      <w:tr w:rsidR="00D20747" w14:paraId="09733C38" w14:textId="77777777" w:rsidTr="006959CF">
        <w:tc>
          <w:tcPr>
            <w:tcW w:w="608" w:type="dxa"/>
          </w:tcPr>
          <w:p w14:paraId="362320CB" w14:textId="5F2CF39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7CADDF10" w14:textId="07F9DAD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काउन्टरमा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(Cash Short/Excess)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सोही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हिसाव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मिलान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छानबिन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553686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BD9913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D0950F3" w14:textId="77777777" w:rsidR="00D20747" w:rsidRDefault="00D20747" w:rsidP="00D20747"/>
        </w:tc>
      </w:tr>
      <w:tr w:rsidR="00D20747" w14:paraId="0BD2DB66" w14:textId="77777777" w:rsidTr="006959CF">
        <w:tc>
          <w:tcPr>
            <w:tcW w:w="608" w:type="dxa"/>
          </w:tcPr>
          <w:p w14:paraId="24D9DDD4" w14:textId="17C3C69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551FCB4E" w14:textId="696B7DA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स्थानान्तरण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(Cash in Transit)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उचित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प्रबन्ध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FC75F8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EA7AE7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9292DE8" w14:textId="77777777" w:rsidR="00D20747" w:rsidRDefault="00D20747" w:rsidP="00D20747"/>
        </w:tc>
      </w:tr>
      <w:tr w:rsidR="00D20747" w14:paraId="0183A9F9" w14:textId="77777777" w:rsidTr="006959CF">
        <w:tc>
          <w:tcPr>
            <w:tcW w:w="608" w:type="dxa"/>
          </w:tcPr>
          <w:p w14:paraId="3C8E981D" w14:textId="399510D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456E6F2B" w14:textId="4ECB1854" w:rsidR="00D20747" w:rsidRPr="00B769EF" w:rsidRDefault="00D20747" w:rsidP="00D20747">
            <w:pPr>
              <w:jc w:val="both"/>
              <w:rPr>
                <w:rFonts w:ascii="Kokila" w:hAnsi="Kokila"/>
                <w:color w:val="282828"/>
              </w:rPr>
            </w:pPr>
            <w:proofErr w:type="spellStart"/>
            <w:r>
              <w:rPr>
                <w:rFonts w:ascii="Kokila" w:hAnsi="Kokila"/>
                <w:color w:val="282828"/>
              </w:rPr>
              <w:t>डिजिटल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क्यूआर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(QR Code) </w:t>
            </w:r>
            <w:proofErr w:type="spellStart"/>
            <w:r>
              <w:rPr>
                <w:rFonts w:ascii="Kokila" w:hAnsi="Kokila"/>
                <w:color w:val="282828"/>
              </w:rPr>
              <w:t>मार्फत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हिसाव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दैनिक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भिडाउने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8ABAE4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D496B4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07B9EB0" w14:textId="77777777" w:rsidR="00D20747" w:rsidRDefault="00D20747" w:rsidP="00D20747"/>
        </w:tc>
      </w:tr>
      <w:tr w:rsidR="00D20747" w14:paraId="4F365E18" w14:textId="77777777" w:rsidTr="006959CF">
        <w:tc>
          <w:tcPr>
            <w:tcW w:w="608" w:type="dxa"/>
          </w:tcPr>
          <w:p w14:paraId="331C5561" w14:textId="3F1795D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61042C40" w14:textId="06DC5C3C" w:rsidR="00D20747" w:rsidRPr="00B769EF" w:rsidRDefault="00D20747" w:rsidP="00D20747">
            <w:pPr>
              <w:jc w:val="both"/>
              <w:rPr>
                <w:rFonts w:ascii="Kokila" w:hAnsi="Kokila"/>
                <w:color w:val="282828"/>
              </w:rPr>
            </w:pPr>
            <w:r>
              <w:rPr>
                <w:rFonts w:ascii="Kokila" w:hAnsi="Kokila"/>
                <w:color w:val="282828"/>
              </w:rPr>
              <w:t>अ</w:t>
            </w:r>
            <w:r w:rsidRPr="00204A7A">
              <w:rPr>
                <w:rFonts w:ascii="Kokila" w:hAnsi="Kokila" w:cs="Kokila"/>
                <w:color w:val="282828"/>
                <w:cs/>
                <w:lang w:bidi="ne-NP"/>
              </w:rPr>
              <w:t>ना</w:t>
            </w:r>
            <w:proofErr w:type="spellStart"/>
            <w:r>
              <w:rPr>
                <w:rFonts w:ascii="Kokila" w:hAnsi="Kokila"/>
                <w:color w:val="282828"/>
              </w:rPr>
              <w:t>धिकृत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नगद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822799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D9E777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00D099B" w14:textId="77777777" w:rsidR="00D20747" w:rsidRDefault="00D20747" w:rsidP="00D20747"/>
        </w:tc>
      </w:tr>
      <w:tr w:rsidR="00D20747" w14:paraId="55F3612B" w14:textId="77777777" w:rsidTr="006959CF">
        <w:tc>
          <w:tcPr>
            <w:tcW w:w="608" w:type="dxa"/>
          </w:tcPr>
          <w:p w14:paraId="054CA0C5" w14:textId="74E39B7D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67C051D9" w14:textId="5AD674B9" w:rsidR="00D20747" w:rsidRPr="0043537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435378">
              <w:rPr>
                <w:rFonts w:ascii="Kokila" w:hAnsi="Kokila" w:cs="Kokila"/>
                <w:color w:val="282828"/>
                <w:cs/>
                <w:lang w:bidi="hi-IN"/>
              </w:rPr>
              <w:t>बैंक तथा वित्तीय संस्थासँग गरिने सम्पूर्ण अनलाइन/डिजिटल कारोबारको लागि छुट्टै अधिकारप्राप्त अधिकारी (</w:t>
            </w:r>
            <w:r w:rsidRPr="00435378">
              <w:rPr>
                <w:rFonts w:ascii="Kokila" w:hAnsi="Kokila" w:cs="Kokila"/>
                <w:color w:val="282828"/>
              </w:rPr>
              <w:t xml:space="preserve">Authorized Signatory/Approver) </w:t>
            </w:r>
            <w:r w:rsidRPr="00435378">
              <w:rPr>
                <w:rFonts w:ascii="Kokila" w:hAnsi="Kokila" w:cs="Kokila"/>
                <w:color w:val="282828"/>
                <w:cs/>
                <w:lang w:bidi="hi-IN"/>
              </w:rPr>
              <w:t>तोकिएको छ</w:t>
            </w:r>
            <w:r w:rsidRPr="00435378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810D91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964E00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ABFAA41" w14:textId="77777777" w:rsidR="00D20747" w:rsidRDefault="00D20747" w:rsidP="00D20747"/>
        </w:tc>
      </w:tr>
      <w:tr w:rsidR="002579C9" w14:paraId="20710B6A" w14:textId="77777777" w:rsidTr="00AA47F5">
        <w:tc>
          <w:tcPr>
            <w:tcW w:w="15210" w:type="dxa"/>
            <w:gridSpan w:val="8"/>
            <w:shd w:val="clear" w:color="auto" w:fill="1F497D" w:themeFill="text2"/>
          </w:tcPr>
          <w:p w14:paraId="62E258AF" w14:textId="0D473F26" w:rsidR="002579C9" w:rsidRPr="00AA47F5" w:rsidRDefault="00AA47F5" w:rsidP="00D20747">
            <w:pPr>
              <w:rPr>
                <w:b/>
                <w:bCs/>
              </w:rPr>
            </w:pPr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६.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लेखा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वित्तीय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अभिलेख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(Accounting and Financial Records)</w:t>
            </w:r>
          </w:p>
        </w:tc>
      </w:tr>
      <w:tr w:rsidR="00D20747" w14:paraId="6B466647" w14:textId="77777777" w:rsidTr="006959CF">
        <w:tc>
          <w:tcPr>
            <w:tcW w:w="608" w:type="dxa"/>
          </w:tcPr>
          <w:p w14:paraId="73E156CC" w14:textId="4F11DF7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26CBC6F3" w14:textId="20D8CFC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दोहोरो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(Double Entry Bookkeeping System)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सिद्धान्त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29C0F0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7FA371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99EC708" w14:textId="77777777" w:rsidR="00D20747" w:rsidRDefault="00D20747" w:rsidP="00D20747"/>
        </w:tc>
      </w:tr>
      <w:tr w:rsidR="00D20747" w14:paraId="342A5C28" w14:textId="77777777" w:rsidTr="006959CF">
        <w:tc>
          <w:tcPr>
            <w:tcW w:w="608" w:type="dxa"/>
          </w:tcPr>
          <w:p w14:paraId="06CEB2F9" w14:textId="4F8647D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42B4B3A1" w14:textId="7C750E9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प्रयोगमा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आवश्यकता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उपयुक्त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95BF1A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753003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CF167DC" w14:textId="77777777" w:rsidR="00D20747" w:rsidRDefault="00D20747" w:rsidP="00D20747"/>
        </w:tc>
      </w:tr>
      <w:tr w:rsidR="00D20747" w14:paraId="7DDC311C" w14:textId="77777777" w:rsidTr="006959CF">
        <w:tc>
          <w:tcPr>
            <w:tcW w:w="608" w:type="dxa"/>
          </w:tcPr>
          <w:p w14:paraId="581E4053" w14:textId="2C49FC3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1B96892B" w14:textId="7DAF5CC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सफ्टवेयरमा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प्रयोगकर्ताको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पहुँच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(User Access Control / Role-based Access) </w:t>
            </w:r>
            <w:proofErr w:type="spellStart"/>
            <w:r>
              <w:rPr>
                <w:rFonts w:ascii="Kokila" w:hAnsi="Kokila"/>
                <w:color w:val="282828"/>
              </w:rPr>
              <w:t>कायम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919085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062DE8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D9CA7BE" w14:textId="77777777" w:rsidR="00D20747" w:rsidRDefault="00D20747" w:rsidP="00D20747"/>
        </w:tc>
      </w:tr>
      <w:tr w:rsidR="00D20747" w14:paraId="2EBB6889" w14:textId="77777777" w:rsidTr="006959CF">
        <w:tc>
          <w:tcPr>
            <w:tcW w:w="608" w:type="dxa"/>
          </w:tcPr>
          <w:p w14:paraId="03550094" w14:textId="53275BD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6F03D58D" w14:textId="1DE65F2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दैनिक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भौचरहरू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(Journal Vouchers)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आवश्यक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सप्रमाण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(Supporting Documents) </w:t>
            </w:r>
            <w:proofErr w:type="spellStart"/>
            <w:r>
              <w:rPr>
                <w:rFonts w:ascii="Kokila" w:hAnsi="Kokila"/>
                <w:color w:val="282828"/>
              </w:rPr>
              <w:t>संलग्न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1246D6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D84BCA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B93589E" w14:textId="77777777" w:rsidR="00D20747" w:rsidRDefault="00D20747" w:rsidP="00D20747"/>
        </w:tc>
      </w:tr>
      <w:tr w:rsidR="00D20747" w14:paraId="1787C4B6" w14:textId="77777777" w:rsidTr="006959CF">
        <w:tc>
          <w:tcPr>
            <w:tcW w:w="608" w:type="dxa"/>
          </w:tcPr>
          <w:p w14:paraId="66A62004" w14:textId="7075162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0E2727E7" w14:textId="35C90CC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भौचरहरूमा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हस्ताक्षर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F32725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D59D1B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CA59668" w14:textId="77777777" w:rsidR="00D20747" w:rsidRDefault="00D20747" w:rsidP="00D20747"/>
        </w:tc>
      </w:tr>
      <w:tr w:rsidR="00D20747" w14:paraId="697BEC82" w14:textId="77777777" w:rsidTr="006959CF">
        <w:tc>
          <w:tcPr>
            <w:tcW w:w="608" w:type="dxa"/>
          </w:tcPr>
          <w:p w14:paraId="4E92450B" w14:textId="5147260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5C6FA969" w14:textId="22D94D6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सन्तुलन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आय-व्यय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वासलात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नेपाल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(NFRS/NAS)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42C308F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F3CEF0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E839871" w14:textId="77777777" w:rsidR="00D20747" w:rsidRDefault="00D20747" w:rsidP="00D20747"/>
        </w:tc>
      </w:tr>
      <w:tr w:rsidR="00D20747" w14:paraId="7ABAE106" w14:textId="77777777" w:rsidTr="006959CF">
        <w:tc>
          <w:tcPr>
            <w:tcW w:w="608" w:type="dxa"/>
          </w:tcPr>
          <w:p w14:paraId="522D1FAD" w14:textId="489A77E3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282511A1" w14:textId="2B194D8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PEARLS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नियामकीय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अनुपात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(Coop-PEARLS)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अनुगमन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12228E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687F07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A103480" w14:textId="77777777" w:rsidR="00D20747" w:rsidRDefault="00D20747" w:rsidP="00D20747"/>
        </w:tc>
      </w:tr>
      <w:tr w:rsidR="00D20747" w14:paraId="3D7F644D" w14:textId="77777777" w:rsidTr="006959CF">
        <w:tc>
          <w:tcPr>
            <w:tcW w:w="608" w:type="dxa"/>
          </w:tcPr>
          <w:p w14:paraId="6E578ACE" w14:textId="4585E7E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2F74E2C5" w14:textId="4E4D4B9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पेस्की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(Advances) </w:t>
            </w:r>
            <w:proofErr w:type="spellStart"/>
            <w:r>
              <w:rPr>
                <w:rFonts w:ascii="Kokila" w:hAnsi="Kokila"/>
                <w:color w:val="282828"/>
              </w:rPr>
              <w:t>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स्रेस्ता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 र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फर्छ्यौट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(Settle)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22C62A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BD083C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5FD9D11" w14:textId="77777777" w:rsidR="00D20747" w:rsidRDefault="00D20747" w:rsidP="00D20747"/>
        </w:tc>
      </w:tr>
      <w:tr w:rsidR="00D20747" w14:paraId="1D9C530F" w14:textId="77777777" w:rsidTr="006959CF">
        <w:tc>
          <w:tcPr>
            <w:tcW w:w="608" w:type="dxa"/>
          </w:tcPr>
          <w:p w14:paraId="5B37B09E" w14:textId="2BEB51D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027F84A7" w14:textId="2A4CB61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पुराना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फर्छ्यौट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पेस्कीहरूको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छानबिन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समायोजनको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110B9A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9B03F3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76A21B7" w14:textId="77777777" w:rsidR="00D20747" w:rsidRDefault="00D20747" w:rsidP="00D20747"/>
        </w:tc>
      </w:tr>
      <w:tr w:rsidR="00D20747" w14:paraId="5E63DAFC" w14:textId="77777777" w:rsidTr="006959CF">
        <w:tc>
          <w:tcPr>
            <w:tcW w:w="608" w:type="dxa"/>
          </w:tcPr>
          <w:p w14:paraId="112B174E" w14:textId="5B873E4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3D29CF4C" w14:textId="0DC71AB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सहायक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(Sub-Ledgers) र </w:t>
            </w:r>
            <w:proofErr w:type="spellStart"/>
            <w:r>
              <w:rPr>
                <w:rFonts w:ascii="Kokila" w:hAnsi="Kokila"/>
                <w:color w:val="282828"/>
              </w:rPr>
              <w:t>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(General Ledger)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सधैँ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शतप्रतिशत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मेल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80266C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F2DEE2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F67DBB0" w14:textId="77777777" w:rsidR="00D20747" w:rsidRDefault="00D20747" w:rsidP="00D20747"/>
        </w:tc>
      </w:tr>
      <w:tr w:rsidR="00D20747" w14:paraId="57C9893F" w14:textId="77777777" w:rsidTr="006959CF">
        <w:tc>
          <w:tcPr>
            <w:tcW w:w="608" w:type="dxa"/>
          </w:tcPr>
          <w:p w14:paraId="37D4DA2D" w14:textId="5B1C3AA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7BC2C803" w14:textId="2231FDB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दिनभरिका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दैनिक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प्रारम्भिक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अन्तिम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(Day-end Closure) </w:t>
            </w:r>
            <w:proofErr w:type="spellStart"/>
            <w:r>
              <w:rPr>
                <w:rFonts w:ascii="Kokila" w:hAnsi="Kokila"/>
                <w:color w:val="282828"/>
              </w:rPr>
              <w:t>सही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ढङ्गले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A8008D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CE0BDC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5C593F3" w14:textId="77777777" w:rsidR="00D20747" w:rsidRDefault="00D20747" w:rsidP="00D20747"/>
        </w:tc>
      </w:tr>
      <w:tr w:rsidR="00D20747" w14:paraId="1EA1E75E" w14:textId="77777777" w:rsidTr="006959CF">
        <w:tc>
          <w:tcPr>
            <w:tcW w:w="608" w:type="dxa"/>
          </w:tcPr>
          <w:p w14:paraId="69A32A06" w14:textId="62EF835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339016DA" w14:textId="556CFF2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सफ्टवेयरको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डाटा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दैनिक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साप्ताहिक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ब्याकअप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(Data Backup)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9C9678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E95D16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77FD883" w14:textId="77777777" w:rsidR="00D20747" w:rsidRDefault="00D20747" w:rsidP="00D20747"/>
        </w:tc>
      </w:tr>
      <w:tr w:rsidR="00D20747" w14:paraId="777C56CF" w14:textId="77777777" w:rsidTr="006959CF">
        <w:tc>
          <w:tcPr>
            <w:tcW w:w="608" w:type="dxa"/>
          </w:tcPr>
          <w:p w14:paraId="4435C974" w14:textId="79D6B30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१३</w:t>
            </w:r>
          </w:p>
        </w:tc>
        <w:tc>
          <w:tcPr>
            <w:tcW w:w="4084" w:type="dxa"/>
            <w:gridSpan w:val="2"/>
          </w:tcPr>
          <w:p w14:paraId="5E7E4BD8" w14:textId="7639F3B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ब्याकअप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डाटा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बाह्य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(Off-site / Cloud Storage)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E307C1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515DB1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786551E" w14:textId="77777777" w:rsidR="00D20747" w:rsidRDefault="00D20747" w:rsidP="00D20747"/>
        </w:tc>
      </w:tr>
      <w:tr w:rsidR="00D20747" w14:paraId="4D1DDCC4" w14:textId="77777777" w:rsidTr="006959CF">
        <w:tc>
          <w:tcPr>
            <w:tcW w:w="608" w:type="dxa"/>
          </w:tcPr>
          <w:p w14:paraId="781B3E27" w14:textId="62EA2C5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482C6138" w14:textId="3891407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अप्रत्यक्ष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बनावटी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(Fictitious Transactions)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99A6F58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4AE602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911DB7B" w14:textId="77777777" w:rsidR="00D20747" w:rsidRDefault="00D20747" w:rsidP="00D20747"/>
        </w:tc>
      </w:tr>
      <w:tr w:rsidR="00D20747" w14:paraId="136EB88E" w14:textId="77777777" w:rsidTr="006959CF">
        <w:tc>
          <w:tcPr>
            <w:tcW w:w="608" w:type="dxa"/>
          </w:tcPr>
          <w:p w14:paraId="7D38F439" w14:textId="13859EF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0CFE3B5A" w14:textId="723B501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बाँकी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(Interest Receivable) र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बाँकी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(Interest Payable)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हिसाव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0379CE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08BF08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9F05160" w14:textId="77777777" w:rsidR="00D20747" w:rsidRDefault="00D20747" w:rsidP="00D20747"/>
        </w:tc>
      </w:tr>
      <w:tr w:rsidR="00D20747" w14:paraId="4C181159" w14:textId="77777777" w:rsidTr="006959CF">
        <w:tc>
          <w:tcPr>
            <w:tcW w:w="608" w:type="dxa"/>
          </w:tcPr>
          <w:p w14:paraId="19AAC9A0" w14:textId="49FCE6B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4805AEC7" w14:textId="6FB2B1B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नस</w:t>
            </w:r>
            <w:proofErr w:type="spellEnd"/>
            <w:r w:rsidRPr="0090489F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अनापेक्षित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आयमा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नजनाई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"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मुल्तवी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" (Interest Suspense Account)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D0EF63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208615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60C2C9A" w14:textId="77777777" w:rsidR="00D20747" w:rsidRDefault="00D20747" w:rsidP="00D20747"/>
        </w:tc>
      </w:tr>
      <w:tr w:rsidR="00D20747" w14:paraId="59F4C972" w14:textId="77777777" w:rsidTr="006959CF">
        <w:tc>
          <w:tcPr>
            <w:tcW w:w="608" w:type="dxa"/>
          </w:tcPr>
          <w:p w14:paraId="525E517B" w14:textId="4A37FADB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0768C6D6" w14:textId="3E68901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पुराना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भौचर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फाइलहरू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क्रमबद्ध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भण्डारण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(Archiving)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9A0A97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3928DD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CBBC155" w14:textId="77777777" w:rsidR="00D20747" w:rsidRDefault="00D20747" w:rsidP="00D20747"/>
        </w:tc>
      </w:tr>
      <w:tr w:rsidR="00D20747" w14:paraId="1A3A9734" w14:textId="77777777" w:rsidTr="006959CF">
        <w:tc>
          <w:tcPr>
            <w:tcW w:w="608" w:type="dxa"/>
          </w:tcPr>
          <w:p w14:paraId="1EE10603" w14:textId="5F8C7B6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39B074A3" w14:textId="5E37C656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सफ्टवेयरमा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पछाडिको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मितिमा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गएर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सच्याउने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(Backdated Entry) </w:t>
            </w:r>
            <w:proofErr w:type="spellStart"/>
            <w:r>
              <w:rPr>
                <w:rFonts w:ascii="Kokila" w:hAnsi="Kokila"/>
                <w:color w:val="282828"/>
              </w:rPr>
              <w:t>सुविधा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17758F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A9E08E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2D7C202" w14:textId="77777777" w:rsidR="00D20747" w:rsidRDefault="00D20747" w:rsidP="00D20747"/>
        </w:tc>
      </w:tr>
      <w:tr w:rsidR="00D20747" w14:paraId="7670F91D" w14:textId="77777777" w:rsidTr="006959CF">
        <w:tc>
          <w:tcPr>
            <w:tcW w:w="608" w:type="dxa"/>
          </w:tcPr>
          <w:p w14:paraId="54C75C83" w14:textId="1AC7097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7F34F763" w14:textId="26F7303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सच्याउन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परेमा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(Reversal Entry) </w:t>
            </w:r>
            <w:proofErr w:type="spellStart"/>
            <w:r>
              <w:rPr>
                <w:rFonts w:ascii="Kokila" w:hAnsi="Kokila"/>
                <w:color w:val="282828"/>
              </w:rPr>
              <w:t>अधिकारप्राप्त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स्पष्ट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खुलाई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भौचर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बनाइन्छ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E037D1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6E2930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A7C1CFE" w14:textId="77777777" w:rsidR="00D20747" w:rsidRDefault="00D20747" w:rsidP="00D20747"/>
        </w:tc>
      </w:tr>
      <w:tr w:rsidR="00D20747" w14:paraId="7A3DCA72" w14:textId="77777777" w:rsidTr="006959CF">
        <w:tc>
          <w:tcPr>
            <w:tcW w:w="608" w:type="dxa"/>
          </w:tcPr>
          <w:p w14:paraId="6711BA41" w14:textId="5154208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2E233F08" w14:textId="04EAB48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चालु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पुँजीगत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वर्गीकरण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(Capital vs Revenue Expenditure) </w:t>
            </w:r>
            <w:proofErr w:type="spellStart"/>
            <w:r>
              <w:rPr>
                <w:rFonts w:ascii="Kokila" w:hAnsi="Kokila"/>
                <w:color w:val="282828"/>
              </w:rPr>
              <w:t>सही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935F39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5CDDD7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291CAC" w14:textId="77777777" w:rsidR="00D20747" w:rsidRDefault="00D20747" w:rsidP="00D20747"/>
        </w:tc>
      </w:tr>
      <w:tr w:rsidR="00D20747" w14:paraId="49B456EF" w14:textId="77777777" w:rsidTr="006959CF">
        <w:tc>
          <w:tcPr>
            <w:tcW w:w="608" w:type="dxa"/>
          </w:tcPr>
          <w:p w14:paraId="2F8C810F" w14:textId="5F8353D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२१</w:t>
            </w:r>
          </w:p>
        </w:tc>
        <w:tc>
          <w:tcPr>
            <w:tcW w:w="4084" w:type="dxa"/>
            <w:gridSpan w:val="2"/>
          </w:tcPr>
          <w:p w14:paraId="3C3FE9DA" w14:textId="616CEBE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(Physical Verification)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AFB1C0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E6EE52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E9B5FBB" w14:textId="77777777" w:rsidR="00D20747" w:rsidRDefault="00D20747" w:rsidP="00D20747"/>
        </w:tc>
      </w:tr>
      <w:tr w:rsidR="00D20747" w14:paraId="7E600B6A" w14:textId="77777777" w:rsidTr="006959CF">
        <w:tc>
          <w:tcPr>
            <w:tcW w:w="608" w:type="dxa"/>
          </w:tcPr>
          <w:p w14:paraId="040A415E" w14:textId="4C346C92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२२</w:t>
            </w:r>
          </w:p>
        </w:tc>
        <w:tc>
          <w:tcPr>
            <w:tcW w:w="4084" w:type="dxa"/>
            <w:gridSpan w:val="2"/>
          </w:tcPr>
          <w:p w14:paraId="187A68CD" w14:textId="72C17DB3" w:rsidR="00D20747" w:rsidRPr="00D93736" w:rsidRDefault="00D20747" w:rsidP="00D20747">
            <w:pPr>
              <w:jc w:val="both"/>
              <w:rPr>
                <w:rFonts w:ascii="Kokila" w:hAnsi="Kokila" w:cs="Kokila"/>
                <w:color w:val="282828"/>
                <w:lang w:bidi="ne-NP"/>
              </w:rPr>
            </w:pP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संस्थाको स्थिर सम्पत्ति तथा जिन्सी मालसामानको व्यवस्थित अभिलेख</w:t>
            </w:r>
            <w:r w:rsidRPr="00D93736">
              <w:rPr>
                <w:rFonts w:ascii="Kokila" w:hAnsi="Kokila" w:cs="Kokila"/>
                <w:color w:val="282828"/>
                <w:lang w:bidi="ne-NP"/>
              </w:rPr>
              <w:t xml:space="preserve">,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भौतिक परीक्षण (</w:t>
            </w:r>
            <w:r w:rsidRPr="00D93736">
              <w:rPr>
                <w:rFonts w:ascii="Kokila" w:hAnsi="Kokila" w:cs="Kokila"/>
                <w:color w:val="282828"/>
                <w:lang w:bidi="ne-NP"/>
              </w:rPr>
              <w:t xml:space="preserve">Physical Verification)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तथा पहिचानलाई सरल र प्रभावकारी बनाउन</w:t>
            </w:r>
            <w:r w:rsidRPr="00D93736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r w:rsidRPr="00D93736">
              <w:rPr>
                <w:rFonts w:ascii="Kokila" w:hAnsi="Kokila" w:cs="Kokila"/>
                <w:b/>
                <w:bCs/>
                <w:color w:val="282828"/>
                <w:cs/>
                <w:lang w:bidi="hi-IN"/>
              </w:rPr>
              <w:t>जिन्सी सङ्केतीकरण (</w:t>
            </w:r>
            <w:r w:rsidRPr="00D93736">
              <w:rPr>
                <w:rFonts w:ascii="Kokila" w:hAnsi="Kokila" w:cs="Kokila"/>
                <w:b/>
                <w:bCs/>
                <w:color w:val="282828"/>
                <w:lang w:bidi="ne-NP"/>
              </w:rPr>
              <w:t>Asset Coding System)</w:t>
            </w:r>
            <w:r w:rsidRPr="00D93736">
              <w:rPr>
                <w:rFonts w:ascii="Kokila" w:hAnsi="Kokila" w:cs="Kokila"/>
                <w:color w:val="282828"/>
                <w:lang w:bidi="ne-NP"/>
              </w:rPr>
              <w:t xml:space="preserve">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प्रणाली लागू गरी जिन्सी श्रेष्ठानुकूल (</w:t>
            </w:r>
            <w:r w:rsidRPr="00D93736">
              <w:rPr>
                <w:rFonts w:ascii="Kokila" w:hAnsi="Kokila" w:cs="Kokila"/>
                <w:color w:val="282828"/>
                <w:lang w:bidi="ne-NP"/>
              </w:rPr>
              <w:t xml:space="preserve">As per Inventory Register)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अद्यावधिक व्यवस्थापन गरिएको छ</w:t>
            </w:r>
            <w:r w:rsidRPr="00D93736">
              <w:rPr>
                <w:rFonts w:ascii="Kokila" w:hAnsi="Kokila" w:cs="Kokila"/>
                <w:color w:val="282828"/>
                <w:lang w:bidi="hi-IN"/>
              </w:rPr>
              <w:t>?</w:t>
            </w:r>
          </w:p>
        </w:tc>
        <w:tc>
          <w:tcPr>
            <w:tcW w:w="448" w:type="dxa"/>
          </w:tcPr>
          <w:p w14:paraId="2B13360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B0D3F5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FC4DD06" w14:textId="77777777" w:rsidR="00D20747" w:rsidRDefault="00D20747" w:rsidP="00D20747"/>
        </w:tc>
      </w:tr>
      <w:tr w:rsidR="00D20747" w14:paraId="3BE2ACF5" w14:textId="77777777" w:rsidTr="006959CF">
        <w:tc>
          <w:tcPr>
            <w:tcW w:w="608" w:type="dxa"/>
          </w:tcPr>
          <w:p w14:paraId="246F6D36" w14:textId="1235F47C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२३</w:t>
            </w:r>
          </w:p>
        </w:tc>
        <w:tc>
          <w:tcPr>
            <w:tcW w:w="4084" w:type="dxa"/>
            <w:gridSpan w:val="2"/>
          </w:tcPr>
          <w:p w14:paraId="61BD6379" w14:textId="56BDF303" w:rsidR="00D20747" w:rsidRPr="00D93736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जिन्सी किताबमा उल्लिखित भौतिक सम्पत्तिहरूको स्थलगत ऋजु (</w:t>
            </w:r>
            <w:r w:rsidRPr="00D93736">
              <w:rPr>
                <w:rFonts w:ascii="Kokila" w:hAnsi="Kokila" w:cs="Kokila"/>
                <w:color w:val="282828"/>
                <w:lang w:bidi="hi-IN"/>
              </w:rPr>
              <w:t xml:space="preserve">Physical Reconciliation)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>गर्दा श्रेष्ठानुकूल (</w:t>
            </w:r>
            <w:r w:rsidRPr="00D93736">
              <w:rPr>
                <w:rFonts w:ascii="Kokila" w:hAnsi="Kokila" w:cs="Kokila"/>
                <w:color w:val="282828"/>
                <w:lang w:bidi="hi-IN"/>
              </w:rPr>
              <w:t>As per Ledger)</w:t>
            </w:r>
            <w:r>
              <w:rPr>
                <w:rFonts w:ascii="Kokila" w:hAnsi="Kokila" w:cs="Kokila"/>
                <w:color w:val="282828"/>
                <w:lang w:bidi="hi-IN"/>
              </w:rPr>
              <w:t xml:space="preserve">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कुनै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 xml:space="preserve"> सम्पत्तिहरू मौजुदा नरहेको</w:t>
            </w:r>
            <w:r>
              <w:rPr>
                <w:rFonts w:ascii="Kokila" w:hAnsi="Kokila" w:cs="Kokila"/>
                <w:color w:val="282828"/>
                <w:lang w:bidi="hi-IN"/>
              </w:rPr>
              <w:t>,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 xml:space="preserve"> हिनामिना वा घटबढ (</w:t>
            </w:r>
            <w:r w:rsidRPr="00D93736">
              <w:rPr>
                <w:rFonts w:ascii="Kokila" w:hAnsi="Kokila" w:cs="Kokila"/>
                <w:color w:val="282828"/>
                <w:lang w:bidi="hi-IN"/>
              </w:rPr>
              <w:t xml:space="preserve">Discrepancy) </w:t>
            </w:r>
            <w:r w:rsidRPr="00D93736">
              <w:rPr>
                <w:rFonts w:ascii="Kokila" w:hAnsi="Kokila" w:cs="Kokila"/>
                <w:color w:val="282828"/>
                <w:cs/>
                <w:lang w:bidi="hi-IN"/>
              </w:rPr>
              <w:t xml:space="preserve">भएको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छ?</w:t>
            </w:r>
          </w:p>
        </w:tc>
        <w:tc>
          <w:tcPr>
            <w:tcW w:w="448" w:type="dxa"/>
          </w:tcPr>
          <w:p w14:paraId="399E077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E91AA1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85CD1A0" w14:textId="77777777" w:rsidR="00D20747" w:rsidRDefault="00D20747" w:rsidP="00D20747"/>
        </w:tc>
      </w:tr>
      <w:tr w:rsidR="00D20747" w14:paraId="7F7F31FD" w14:textId="77777777" w:rsidTr="006959CF">
        <w:tc>
          <w:tcPr>
            <w:tcW w:w="608" w:type="dxa"/>
          </w:tcPr>
          <w:p w14:paraId="7E83528B" w14:textId="3AF0EB8D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२४</w:t>
            </w:r>
          </w:p>
        </w:tc>
        <w:tc>
          <w:tcPr>
            <w:tcW w:w="4084" w:type="dxa"/>
            <w:gridSpan w:val="2"/>
          </w:tcPr>
          <w:p w14:paraId="0F02945D" w14:textId="57CA10BB" w:rsidR="00D20747" w:rsidRPr="00D93736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 w:rsidRPr="006A25D3">
              <w:rPr>
                <w:rFonts w:ascii="Kokila" w:hAnsi="Kokila" w:cs="Kokila"/>
                <w:color w:val="282828"/>
                <w:cs/>
                <w:lang w:bidi="hi-IN"/>
              </w:rPr>
              <w:t>संस्थाका वित्तीय तथा प्रशासकीय कागजातहरूको सुरक्षित भण्डारण एवं वैज्ञानिक अभिलेखीकरण गरि</w:t>
            </w:r>
            <w:r>
              <w:rPr>
                <w:rFonts w:ascii="Kokila" w:hAnsi="Kokila" w:cs="Kokila"/>
                <w:color w:val="282828"/>
                <w:lang w:bidi="hi-IN"/>
              </w:rPr>
              <w:t xml:space="preserve"> </w:t>
            </w:r>
            <w:r w:rsidRPr="006A25D3">
              <w:rPr>
                <w:rFonts w:ascii="Kokila" w:hAnsi="Kokila" w:cs="Kokila"/>
                <w:color w:val="282828"/>
                <w:cs/>
                <w:lang w:bidi="hi-IN"/>
              </w:rPr>
              <w:t>तुरुन्त उपलब्ध हुने गरी अभिलेख व्यवस्थापन प्रणाली (</w:t>
            </w:r>
            <w:r w:rsidRPr="006A25D3">
              <w:rPr>
                <w:rFonts w:ascii="Kokila" w:hAnsi="Kokila" w:cs="Kokila"/>
                <w:color w:val="282828"/>
                <w:lang w:bidi="hi-IN"/>
              </w:rPr>
              <w:t xml:space="preserve">Document Management System) </w:t>
            </w:r>
            <w:r w:rsidRPr="006A25D3">
              <w:rPr>
                <w:rFonts w:ascii="Kokila" w:hAnsi="Kokila" w:cs="Kokila"/>
                <w:color w:val="282828"/>
                <w:cs/>
                <w:lang w:bidi="hi-IN"/>
              </w:rPr>
              <w:t xml:space="preserve">प्रभावकारी रूपमा सञ्चालनमा रहेको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छ?</w:t>
            </w:r>
          </w:p>
        </w:tc>
        <w:tc>
          <w:tcPr>
            <w:tcW w:w="448" w:type="dxa"/>
          </w:tcPr>
          <w:p w14:paraId="71025C9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2A8196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7CA1B1E" w14:textId="77777777" w:rsidR="00D20747" w:rsidRDefault="00D20747" w:rsidP="00D20747"/>
        </w:tc>
      </w:tr>
      <w:tr w:rsidR="00D20747" w14:paraId="0433CDBA" w14:textId="77777777" w:rsidTr="006959CF">
        <w:tc>
          <w:tcPr>
            <w:tcW w:w="608" w:type="dxa"/>
          </w:tcPr>
          <w:p w14:paraId="047CB8CB" w14:textId="47894408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२५</w:t>
            </w:r>
          </w:p>
        </w:tc>
        <w:tc>
          <w:tcPr>
            <w:tcW w:w="4084" w:type="dxa"/>
            <w:gridSpan w:val="2"/>
          </w:tcPr>
          <w:p w14:paraId="3FC9FB45" w14:textId="03F42E1B" w:rsidR="00D20747" w:rsidRPr="006A25D3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hi-IN"/>
              </w:rPr>
            </w:pPr>
            <w:r w:rsidRPr="002055F0">
              <w:rPr>
                <w:rFonts w:ascii="Kokila" w:hAnsi="Kokila" w:cs="Kokila"/>
                <w:color w:val="282828"/>
                <w:cs/>
                <w:lang w:bidi="hi-IN"/>
              </w:rPr>
              <w:t>निर्णय पुस्तिकाको परीक्षण गर्दा पाना नम्बर (</w:t>
            </w:r>
            <w:r w:rsidRPr="002055F0">
              <w:rPr>
                <w:rFonts w:ascii="Kokila" w:hAnsi="Kokila" w:cs="Kokila"/>
                <w:color w:val="282828"/>
                <w:lang w:bidi="hi-IN"/>
              </w:rPr>
              <w:t xml:space="preserve">Page Number) </w:t>
            </w:r>
            <w:r w:rsidRPr="002055F0">
              <w:rPr>
                <w:rFonts w:ascii="Kokila" w:hAnsi="Kokila" w:cs="Kokila"/>
                <w:color w:val="282828"/>
                <w:cs/>
                <w:lang w:bidi="hi-IN"/>
              </w:rPr>
              <w:t>नलेखिएको</w:t>
            </w:r>
            <w:r w:rsidRPr="002055F0">
              <w:rPr>
                <w:rFonts w:ascii="Kokila" w:hAnsi="Kokila" w:cs="Kokila"/>
                <w:color w:val="282828"/>
                <w:lang w:bidi="hi-IN"/>
              </w:rPr>
              <w:t xml:space="preserve">, </w:t>
            </w:r>
            <w:r w:rsidRPr="002055F0">
              <w:rPr>
                <w:rFonts w:ascii="Kokila" w:hAnsi="Kokila" w:cs="Kokila"/>
                <w:color w:val="282828"/>
                <w:cs/>
                <w:lang w:bidi="hi-IN"/>
              </w:rPr>
              <w:t>केरमेट गरिएको स्थानमा प्रमाणित</w:t>
            </w:r>
            <w:r>
              <w:rPr>
                <w:rFonts w:ascii="Kokila" w:hAnsi="Kokila" w:cs="Kokila"/>
                <w:color w:val="282828"/>
                <w:cs/>
                <w:lang w:bidi="hi-IN"/>
              </w:rPr>
              <w:t>/</w:t>
            </w:r>
            <w:r w:rsidRPr="002055F0">
              <w:rPr>
                <w:rFonts w:ascii="Kokila" w:hAnsi="Kokila" w:cs="Kokila"/>
                <w:color w:val="282828"/>
                <w:cs/>
                <w:lang w:bidi="hi-IN"/>
              </w:rPr>
              <w:t>हस्ताक्षर नगरिएको र पाना च्यातिएको</w:t>
            </w:r>
            <w:r>
              <w:rPr>
                <w:rFonts w:ascii="Kokila" w:hAnsi="Kokila" w:cs="Kokila"/>
                <w:color w:val="282828"/>
                <w:cs/>
                <w:lang w:bidi="hi-IN"/>
              </w:rPr>
              <w:t>/</w:t>
            </w:r>
            <w:r w:rsidRPr="002055F0">
              <w:rPr>
                <w:rFonts w:ascii="Kokila" w:hAnsi="Kokila" w:cs="Kokila"/>
                <w:color w:val="282828"/>
                <w:cs/>
                <w:lang w:bidi="hi-IN"/>
              </w:rPr>
              <w:t>हटाइएको</w:t>
            </w:r>
            <w:r>
              <w:rPr>
                <w:rFonts w:ascii="Kokila" w:hAnsi="Kokila" w:cs="Kokila"/>
                <w:color w:val="282828"/>
                <w:lang w:bidi="hi-IN"/>
              </w:rPr>
              <w:t xml:space="preserve">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छ?</w:t>
            </w:r>
          </w:p>
        </w:tc>
        <w:tc>
          <w:tcPr>
            <w:tcW w:w="448" w:type="dxa"/>
          </w:tcPr>
          <w:p w14:paraId="42B9506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A4E13B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83C8129" w14:textId="77777777" w:rsidR="00D20747" w:rsidRDefault="00D20747" w:rsidP="00D20747"/>
        </w:tc>
      </w:tr>
      <w:tr w:rsidR="00D20747" w14:paraId="5E39750B" w14:textId="77777777" w:rsidTr="006959CF">
        <w:tc>
          <w:tcPr>
            <w:tcW w:w="608" w:type="dxa"/>
          </w:tcPr>
          <w:p w14:paraId="4B1FF793" w14:textId="7803CF81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२६</w:t>
            </w:r>
          </w:p>
        </w:tc>
        <w:tc>
          <w:tcPr>
            <w:tcW w:w="4084" w:type="dxa"/>
            <w:gridSpan w:val="2"/>
          </w:tcPr>
          <w:p w14:paraId="24698F35" w14:textId="3A2FC36C" w:rsidR="00D20747" w:rsidRPr="002055F0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सहकारी संस्थाको वार्षिक साधारणसभा भएको मितिले १५ दिन भित्र सम्बन्धित नियामक निकायमा वार्षिक साधारणसभाको प्रतिवेदन पेश गरिएको छ?</w:t>
            </w:r>
          </w:p>
        </w:tc>
        <w:tc>
          <w:tcPr>
            <w:tcW w:w="448" w:type="dxa"/>
          </w:tcPr>
          <w:p w14:paraId="00A79EB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980069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DD77893" w14:textId="77777777" w:rsidR="00D20747" w:rsidRDefault="00D20747" w:rsidP="00D20747"/>
        </w:tc>
      </w:tr>
      <w:tr w:rsidR="00D20747" w14:paraId="238E52E1" w14:textId="77777777" w:rsidTr="006959CF">
        <w:tc>
          <w:tcPr>
            <w:tcW w:w="608" w:type="dxa"/>
          </w:tcPr>
          <w:p w14:paraId="742E27F5" w14:textId="453C7795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२७</w:t>
            </w:r>
          </w:p>
        </w:tc>
        <w:tc>
          <w:tcPr>
            <w:tcW w:w="4084" w:type="dxa"/>
            <w:gridSpan w:val="2"/>
          </w:tcPr>
          <w:p w14:paraId="29BFC908" w14:textId="2AF3C4E3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 w:rsidRPr="009D26AF">
              <w:rPr>
                <w:rFonts w:ascii="Kokila" w:hAnsi="Kokila" w:cs="Kokila"/>
                <w:color w:val="282828"/>
                <w:cs/>
                <w:lang w:bidi="hi-IN"/>
              </w:rPr>
              <w:t>सहकारी ऐन</w:t>
            </w:r>
            <w:r w:rsidRPr="009D26AF">
              <w:rPr>
                <w:rFonts w:ascii="Kokila" w:hAnsi="Kokila" w:cs="Kokila"/>
                <w:color w:val="282828"/>
                <w:lang w:bidi="ne-NP"/>
              </w:rPr>
              <w:t xml:space="preserve">, </w:t>
            </w:r>
            <w:r w:rsidRPr="009D26AF">
              <w:rPr>
                <w:rFonts w:ascii="Kokila" w:hAnsi="Kokila" w:cs="Kokila"/>
                <w:color w:val="282828"/>
                <w:cs/>
                <w:lang w:bidi="hi-IN"/>
              </w:rPr>
              <w:t>२०७४ को दफा ३९ (१) बमोजिम संस्थाले आर्थिक वर्ष समाप्त भएको मितिले ६ महिनाभित्र वार्षिक साधारण सभा (</w:t>
            </w:r>
            <w:r w:rsidRPr="009D26AF">
              <w:rPr>
                <w:rFonts w:ascii="Kokila" w:hAnsi="Kokila" w:cs="Kokila"/>
                <w:color w:val="282828"/>
                <w:lang w:bidi="ne-NP"/>
              </w:rPr>
              <w:t xml:space="preserve">AGM) </w:t>
            </w:r>
            <w:r w:rsidRPr="009D26AF">
              <w:rPr>
                <w:rFonts w:ascii="Kokila" w:hAnsi="Kokila" w:cs="Kokila"/>
                <w:color w:val="282828"/>
                <w:cs/>
                <w:lang w:bidi="hi-IN"/>
              </w:rPr>
              <w:t xml:space="preserve">सम्पन्न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गरेको छ</w:t>
            </w:r>
            <w:r>
              <w:rPr>
                <w:rFonts w:ascii="Kokila" w:hAnsi="Kokila" w:cs="Kokila" w:hint="cs"/>
                <w:color w:val="282828"/>
                <w:lang w:bidi="ne-NP"/>
              </w:rPr>
              <w:t>?</w:t>
            </w:r>
          </w:p>
        </w:tc>
        <w:tc>
          <w:tcPr>
            <w:tcW w:w="448" w:type="dxa"/>
          </w:tcPr>
          <w:p w14:paraId="3D90087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9A12E1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350F331" w14:textId="77777777" w:rsidR="00D20747" w:rsidRDefault="00D20747" w:rsidP="00D20747"/>
        </w:tc>
      </w:tr>
      <w:tr w:rsidR="00D20747" w14:paraId="558AA7CC" w14:textId="77777777" w:rsidTr="006959CF">
        <w:tc>
          <w:tcPr>
            <w:tcW w:w="608" w:type="dxa"/>
          </w:tcPr>
          <w:p w14:paraId="2677EC09" w14:textId="77FECF2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२८</w:t>
            </w:r>
          </w:p>
        </w:tc>
        <w:tc>
          <w:tcPr>
            <w:tcW w:w="4084" w:type="dxa"/>
            <w:gridSpan w:val="2"/>
          </w:tcPr>
          <w:p w14:paraId="61A6ED9C" w14:textId="473A73F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बाह्य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(External Auditor)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नियुक्ति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बमोजिम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BF6596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4D1B00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0C0F52E" w14:textId="77777777" w:rsidR="00D20747" w:rsidRDefault="00D20747" w:rsidP="00D20747"/>
        </w:tc>
      </w:tr>
      <w:tr w:rsidR="00D20747" w14:paraId="1885465A" w14:textId="77777777" w:rsidTr="006959CF">
        <w:tc>
          <w:tcPr>
            <w:tcW w:w="608" w:type="dxa"/>
          </w:tcPr>
          <w:p w14:paraId="43541EE4" w14:textId="753176A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२९</w:t>
            </w:r>
          </w:p>
        </w:tc>
        <w:tc>
          <w:tcPr>
            <w:tcW w:w="4084" w:type="dxa"/>
            <w:gridSpan w:val="2"/>
          </w:tcPr>
          <w:p w14:paraId="0D31EC3E" w14:textId="6641C7D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90489F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कम्तीमा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६ </w:t>
            </w:r>
            <w:proofErr w:type="spellStart"/>
            <w:r>
              <w:rPr>
                <w:rFonts w:ascii="Kokila" w:hAnsi="Kokila"/>
                <w:color w:val="282828"/>
              </w:rPr>
              <w:t>देखि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१० </w:t>
            </w:r>
            <w:proofErr w:type="spellStart"/>
            <w:r>
              <w:rPr>
                <w:rFonts w:ascii="Kokila" w:hAnsi="Kokila"/>
                <w:color w:val="282828"/>
              </w:rPr>
              <w:t>वर्ष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सम्म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F40D11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4A1BBD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9915C0E" w14:textId="77777777" w:rsidR="00D20747" w:rsidRDefault="00D20747" w:rsidP="00D20747"/>
        </w:tc>
      </w:tr>
      <w:tr w:rsidR="00D20747" w14:paraId="44968B25" w14:textId="77777777" w:rsidTr="006959CF">
        <w:tc>
          <w:tcPr>
            <w:tcW w:w="608" w:type="dxa"/>
          </w:tcPr>
          <w:p w14:paraId="4BE8A630" w14:textId="4AF6ACB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३०</w:t>
            </w:r>
          </w:p>
        </w:tc>
        <w:tc>
          <w:tcPr>
            <w:tcW w:w="4084" w:type="dxa"/>
            <w:gridSpan w:val="2"/>
          </w:tcPr>
          <w:p w14:paraId="373C61D2" w14:textId="0A20A24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पठाउने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2817BB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C74382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884AABA" w14:textId="77777777" w:rsidR="00D20747" w:rsidRDefault="00D20747" w:rsidP="00D20747"/>
        </w:tc>
      </w:tr>
      <w:tr w:rsidR="00D20747" w14:paraId="76DFE9F6" w14:textId="77777777" w:rsidTr="006959CF">
        <w:tc>
          <w:tcPr>
            <w:tcW w:w="608" w:type="dxa"/>
          </w:tcPr>
          <w:p w14:paraId="00A99E71" w14:textId="744D0B12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३१</w:t>
            </w:r>
          </w:p>
        </w:tc>
        <w:tc>
          <w:tcPr>
            <w:tcW w:w="4084" w:type="dxa"/>
            <w:gridSpan w:val="2"/>
          </w:tcPr>
          <w:p w14:paraId="06300323" w14:textId="087DF9F8" w:rsidR="00D20747" w:rsidRDefault="00D20747" w:rsidP="00D20747">
            <w:pPr>
              <w:jc w:val="both"/>
              <w:rPr>
                <w:rFonts w:ascii="Kokila" w:hAnsi="Kokila"/>
                <w:color w:val="282828"/>
              </w:rPr>
            </w:pPr>
            <w:proofErr w:type="spellStart"/>
            <w:r w:rsidRPr="00A51C0A"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 w:rsidRPr="00A51C0A"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 w:rsidRPr="00A51C0A">
              <w:rPr>
                <w:rFonts w:ascii="Kokila" w:hAnsi="Kokila"/>
                <w:color w:val="282828"/>
              </w:rPr>
              <w:t>विज्ञापन</w:t>
            </w:r>
            <w:proofErr w:type="spellEnd"/>
            <w:r w:rsidRPr="00A51C0A">
              <w:rPr>
                <w:rFonts w:ascii="Kokila" w:hAnsi="Kokila" w:hint="cs"/>
                <w:color w:val="282828"/>
                <w:cs/>
                <w:lang w:bidi="ne-NP"/>
              </w:rPr>
              <w:t xml:space="preserve"> (</w:t>
            </w:r>
            <w:r w:rsidRPr="00A51C0A">
              <w:rPr>
                <w:rFonts w:ascii="Kokila" w:hAnsi="Kokila"/>
                <w:color w:val="282828"/>
                <w:lang w:bidi="ne-NP"/>
              </w:rPr>
              <w:t>Advertising</w:t>
            </w:r>
            <w:r w:rsidRPr="00A51C0A">
              <w:rPr>
                <w:rFonts w:ascii="Kokila" w:hAnsi="Kokila" w:hint="cs"/>
                <w:color w:val="282828"/>
                <w:cs/>
                <w:lang w:bidi="ne-NP"/>
              </w:rPr>
              <w:t>)</w:t>
            </w:r>
            <w:r w:rsidRPr="00A51C0A">
              <w:rPr>
                <w:rFonts w:ascii="Kokila" w:hAnsi="Kokila" w:cs="Kokila" w:hint="cs"/>
                <w:color w:val="282828"/>
                <w:cs/>
                <w:lang w:bidi="ne-NP"/>
              </w:rPr>
              <w:t xml:space="preserve"> बापतको भुक्तानीमा </w:t>
            </w:r>
            <w:r w:rsidRPr="00A51C0A">
              <w:rPr>
                <w:rFonts w:ascii="Kokila" w:hAnsi="Kokila" w:cs="Kokila"/>
                <w:color w:val="282828"/>
                <w:cs/>
                <w:lang w:bidi="hi-IN"/>
              </w:rPr>
              <w:t>आयकर ऐन</w:t>
            </w:r>
            <w:r w:rsidRPr="00A51C0A">
              <w:rPr>
                <w:rFonts w:ascii="Kokila" w:hAnsi="Kokila" w:cs="Kokila"/>
                <w:color w:val="282828"/>
              </w:rPr>
              <w:t xml:space="preserve">, </w:t>
            </w:r>
            <w:r w:rsidRPr="00A51C0A">
              <w:rPr>
                <w:rFonts w:ascii="Kokila" w:hAnsi="Kokila" w:cs="Kokila"/>
                <w:color w:val="282828"/>
                <w:cs/>
                <w:lang w:bidi="hi-IN"/>
              </w:rPr>
              <w:t>२०५८ को</w:t>
            </w:r>
            <w:r w:rsidRPr="00A51C0A">
              <w:rPr>
                <w:rFonts w:ascii="Kokila" w:hAnsi="Kokila" w:cs="Kokila"/>
                <w:color w:val="282828"/>
              </w:rPr>
              <w:t xml:space="preserve"> </w:t>
            </w:r>
            <w:r w:rsidRPr="00A51C0A">
              <w:rPr>
                <w:rFonts w:ascii="Kokila" w:hAnsi="Kokila" w:cs="Kokila"/>
                <w:color w:val="282828"/>
                <w:cs/>
                <w:lang w:bidi="hi-IN"/>
              </w:rPr>
              <w:t>दफा ८८</w:t>
            </w:r>
            <w:r w:rsidRPr="00A51C0A">
              <w:rPr>
                <w:rFonts w:ascii="Kokila" w:hAnsi="Kokila" w:cs="Kokila" w:hint="cs"/>
                <w:color w:val="282828"/>
                <w:cs/>
                <w:lang w:bidi="hi-IN"/>
              </w:rPr>
              <w:t>(सेवा शुल्क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 xml:space="preserve"> बापत लाग्ने कर १५%</w:t>
            </w:r>
            <w:r w:rsidRPr="00A51C0A">
              <w:rPr>
                <w:rFonts w:ascii="Kokila" w:hAnsi="Kokila" w:cs="Kokila" w:hint="cs"/>
                <w:color w:val="282828"/>
                <w:cs/>
                <w:lang w:bidi="hi-IN"/>
              </w:rPr>
              <w:t>)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 xml:space="preserve"> अनुसार लाग्ने करको व्यवस्था गरि </w:t>
            </w:r>
            <w:r>
              <w:rPr>
                <w:rFonts w:ascii="Kokila" w:hAnsi="Kokila" w:cs="Kokila" w:hint="cs"/>
                <w:i/>
                <w:cs/>
                <w:lang w:bidi="ne-NP"/>
              </w:rPr>
              <w:t xml:space="preserve">आन्तरिक </w:t>
            </w:r>
            <w:r w:rsidRPr="00150E0C">
              <w:rPr>
                <w:rFonts w:ascii="Kokila" w:hAnsi="Kokila" w:cs="Kokila"/>
                <w:i/>
                <w:cs/>
                <w:lang w:bidi="hi-IN"/>
              </w:rPr>
              <w:t>राजस्व विभाग</w:t>
            </w:r>
            <w:r>
              <w:rPr>
                <w:rFonts w:ascii="Kokila" w:hAnsi="Kokila" w:cs="Kokila" w:hint="cs"/>
                <w:i/>
                <w:cs/>
                <w:lang w:bidi="hi-IN"/>
              </w:rPr>
              <w:t>को कार्यालय</w:t>
            </w:r>
            <w:r w:rsidRPr="00150E0C">
              <w:rPr>
                <w:rFonts w:ascii="Kokila" w:hAnsi="Kokila" w:cs="Kokila"/>
                <w:iCs/>
              </w:rPr>
              <w:t xml:space="preserve"> </w:t>
            </w:r>
            <w:r>
              <w:rPr>
                <w:rFonts w:ascii="Kokila" w:hAnsi="Kokila" w:cs="Kokila" w:hint="cs"/>
                <w:color w:val="282828"/>
                <w:lang w:bidi="hi-IN"/>
              </w:rPr>
              <w:t>IRD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 xml:space="preserve"> मा दाखिला गरेको </w:t>
            </w:r>
            <w:proofErr w:type="gramStart"/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छ ?</w:t>
            </w:r>
            <w:proofErr w:type="gramEnd"/>
          </w:p>
        </w:tc>
        <w:tc>
          <w:tcPr>
            <w:tcW w:w="448" w:type="dxa"/>
          </w:tcPr>
          <w:p w14:paraId="7AF4FE0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3C22D3E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874E0C6" w14:textId="77777777" w:rsidR="00D20747" w:rsidRDefault="00D20747" w:rsidP="00D20747"/>
        </w:tc>
      </w:tr>
      <w:tr w:rsidR="00D20747" w14:paraId="5166532D" w14:textId="77777777" w:rsidTr="006959CF">
        <w:tc>
          <w:tcPr>
            <w:tcW w:w="608" w:type="dxa"/>
          </w:tcPr>
          <w:p w14:paraId="1DF02B13" w14:textId="4AAEB7E3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३२</w:t>
            </w:r>
          </w:p>
        </w:tc>
        <w:tc>
          <w:tcPr>
            <w:tcW w:w="4084" w:type="dxa"/>
            <w:gridSpan w:val="2"/>
          </w:tcPr>
          <w:p w14:paraId="21B1424F" w14:textId="1CB1602A" w:rsidR="00D20747" w:rsidRPr="006C15D2" w:rsidRDefault="00D20747" w:rsidP="00D20747">
            <w:pPr>
              <w:spacing w:after="80"/>
              <w:jc w:val="both"/>
              <w:rPr>
                <w:rFonts w:ascii="Kokila" w:hAnsi="Kokila" w:cs="Kokila"/>
                <w:bCs/>
              </w:rPr>
            </w:pP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सदस्य</w:t>
            </w:r>
            <w:proofErr w:type="spellEnd"/>
            <w:r w:rsidRPr="006C15D2"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>हरु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लाई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बचत</w:t>
            </w:r>
            <w:proofErr w:type="spellEnd"/>
            <w:r>
              <w:rPr>
                <w:rFonts w:ascii="Kokila" w:hAnsi="Kokila" w:cs="Kokila"/>
                <w:bCs/>
                <w:color w:val="333333"/>
              </w:rPr>
              <w:t>/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निक्षेपको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ब्याज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भुक्तानी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गर्दा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सहकारीले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6C15D2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>नियमअनुसार ६</w:t>
            </w:r>
            <w:r w:rsidRPr="006C15D2">
              <w:rPr>
                <w:rFonts w:ascii="Kokila" w:hAnsi="Kokila" w:cs="Kokila"/>
                <w:bCs/>
                <w:color w:val="333333"/>
              </w:rPr>
              <w:t xml:space="preserve">% TDS </w:t>
            </w:r>
            <w:r w:rsidRPr="006C15D2"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>कट्टी</w:t>
            </w:r>
            <w:r w:rsidRPr="006C15D2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 xml:space="preserve"> गरेको छ</w:t>
            </w:r>
            <w:r w:rsidRPr="006C15D2">
              <w:rPr>
                <w:rFonts w:ascii="Kokila" w:hAnsi="Kokila" w:cs="Kokila"/>
                <w:b/>
                <w:color w:val="333333"/>
              </w:rPr>
              <w:t>?</w:t>
            </w:r>
          </w:p>
        </w:tc>
        <w:tc>
          <w:tcPr>
            <w:tcW w:w="448" w:type="dxa"/>
          </w:tcPr>
          <w:p w14:paraId="2849925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97FCB9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B4E2ECE" w14:textId="77777777" w:rsidR="00D20747" w:rsidRDefault="00D20747" w:rsidP="00D20747"/>
        </w:tc>
      </w:tr>
      <w:tr w:rsidR="00D20747" w14:paraId="26B2F22A" w14:textId="77777777" w:rsidTr="006959CF">
        <w:tc>
          <w:tcPr>
            <w:tcW w:w="608" w:type="dxa"/>
          </w:tcPr>
          <w:p w14:paraId="1385BDD2" w14:textId="2BD14D2B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३३</w:t>
            </w:r>
          </w:p>
        </w:tc>
        <w:tc>
          <w:tcPr>
            <w:tcW w:w="4084" w:type="dxa"/>
            <w:gridSpan w:val="2"/>
          </w:tcPr>
          <w:p w14:paraId="0CCFE76D" w14:textId="5E32609B" w:rsidR="00D20747" w:rsidRPr="00051EB0" w:rsidRDefault="00D20747" w:rsidP="00D20747">
            <w:pPr>
              <w:spacing w:after="80"/>
              <w:jc w:val="both"/>
              <w:rPr>
                <w:rFonts w:ascii="Kokila" w:hAnsi="Kokila" w:cs="Kokila"/>
                <w:b/>
              </w:rPr>
            </w:pP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कार्यालय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प्रयोजनका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लागि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भवन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भाडा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भुक्तानी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गर्दा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सहकारीले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r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>१०%</w:t>
            </w:r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प्रतिशत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भाडा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कर</w:t>
            </w:r>
            <w:proofErr w:type="spellEnd"/>
            <w:r>
              <w:rPr>
                <w:rFonts w:ascii="Kokila" w:hAnsi="Kokila" w:cs="Kokila"/>
                <w:bCs/>
                <w:color w:val="333333"/>
              </w:rPr>
              <w:t>/</w:t>
            </w:r>
            <w:r w:rsidRPr="006C15D2">
              <w:rPr>
                <w:rFonts w:ascii="Kokila" w:hAnsi="Kokila" w:cs="Kokila"/>
                <w:bCs/>
                <w:color w:val="333333"/>
              </w:rPr>
              <w:t xml:space="preserve">TDS </w:t>
            </w:r>
            <w:proofErr w:type="spellStart"/>
            <w:r w:rsidRPr="006C15D2">
              <w:rPr>
                <w:rFonts w:ascii="Kokila" w:hAnsi="Kokila" w:cs="Kokila"/>
                <w:bCs/>
                <w:color w:val="333333"/>
              </w:rPr>
              <w:t>कट्टी</w:t>
            </w:r>
            <w:proofErr w:type="spellEnd"/>
            <w:r w:rsidRPr="006C15D2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6C15D2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 xml:space="preserve">गरि </w:t>
            </w:r>
            <w:r w:rsidRPr="006C15D2">
              <w:rPr>
                <w:rFonts w:ascii="Kokila" w:hAnsi="Kokila" w:cs="Kokila" w:hint="cs"/>
                <w:b/>
                <w:color w:val="333333"/>
                <w:lang w:bidi="ne-NP"/>
              </w:rPr>
              <w:t>IRD</w:t>
            </w:r>
            <w:r w:rsidRPr="006C15D2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 xml:space="preserve"> मा दाखिला गरेको छ</w:t>
            </w:r>
            <w:r w:rsidRPr="006C15D2">
              <w:rPr>
                <w:rFonts w:ascii="Kokila" w:hAnsi="Kokila" w:cs="Kokila"/>
                <w:b/>
                <w:color w:val="333333"/>
              </w:rPr>
              <w:t>?</w:t>
            </w:r>
          </w:p>
        </w:tc>
        <w:tc>
          <w:tcPr>
            <w:tcW w:w="448" w:type="dxa"/>
          </w:tcPr>
          <w:p w14:paraId="1EEDF4A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9D04D8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18D5999" w14:textId="77777777" w:rsidR="00D20747" w:rsidRDefault="00D20747" w:rsidP="00D20747"/>
        </w:tc>
      </w:tr>
      <w:tr w:rsidR="00D20747" w14:paraId="329CB4A8" w14:textId="77777777" w:rsidTr="006959CF">
        <w:trPr>
          <w:trHeight w:val="786"/>
        </w:trPr>
        <w:tc>
          <w:tcPr>
            <w:tcW w:w="608" w:type="dxa"/>
          </w:tcPr>
          <w:p w14:paraId="204B4FF6" w14:textId="178A2BF6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३४</w:t>
            </w:r>
          </w:p>
        </w:tc>
        <w:tc>
          <w:tcPr>
            <w:tcW w:w="4084" w:type="dxa"/>
            <w:gridSpan w:val="2"/>
          </w:tcPr>
          <w:p w14:paraId="044759BA" w14:textId="646621D1" w:rsidR="00D20747" w:rsidRPr="00CB31D6" w:rsidRDefault="00D20747" w:rsidP="00D20747">
            <w:pPr>
              <w:pStyle w:val="NoSpacing"/>
              <w:jc w:val="both"/>
              <w:rPr>
                <w:rFonts w:ascii="Kokila" w:hAnsi="Kokila" w:cs="Kokila"/>
                <w:i/>
                <w:lang w:bidi="ne-NP"/>
              </w:rPr>
            </w:pPr>
            <w:proofErr w:type="spellStart"/>
            <w:r w:rsidRPr="00CB31D6">
              <w:rPr>
                <w:rFonts w:ascii="Kokila" w:hAnsi="Kokila" w:cs="Kokila"/>
                <w:bCs/>
              </w:rPr>
              <w:t>आयकर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ऐन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अनुसार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स्थिर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सम्पत्तिको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मर्मत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सम्भार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bCs/>
              </w:rPr>
              <w:t>खर्च</w:t>
            </w:r>
            <w:proofErr w:type="spellEnd"/>
            <w:r w:rsidRPr="00CB31D6">
              <w:rPr>
                <w:rFonts w:ascii="Kokila" w:hAnsi="Kokila" w:cs="Kokila"/>
                <w:bCs/>
              </w:rPr>
              <w:t xml:space="preserve"> </w:t>
            </w:r>
            <w:r w:rsidRPr="00CB31D6">
              <w:rPr>
                <w:rFonts w:ascii="Kokila" w:hAnsi="Kokila" w:cs="Kokila"/>
                <w:b/>
                <w:cs/>
                <w:lang w:bidi="ne-NP"/>
              </w:rPr>
              <w:t>स्थिर सम्पतिको</w:t>
            </w:r>
            <w:r w:rsidRPr="00CB31D6">
              <w:rPr>
                <w:rFonts w:ascii="Kokila" w:hAnsi="Kokila" w:cs="Kokila"/>
                <w:bCs/>
                <w:cs/>
                <w:lang w:bidi="ne-NP"/>
              </w:rPr>
              <w:t xml:space="preserve"> </w:t>
            </w:r>
            <w:r w:rsidRPr="00CB31D6">
              <w:rPr>
                <w:rFonts w:ascii="Kokila" w:hAnsi="Kokila" w:cs="Kokila"/>
                <w:bCs/>
              </w:rPr>
              <w:t>(Repair &amp; Maintenance)</w:t>
            </w:r>
            <w:r w:rsidRPr="00CB31D6">
              <w:rPr>
                <w:rFonts w:ascii="Kokila" w:hAnsi="Kokila" w:cs="Kokila"/>
                <w:b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ह्रासकट्टी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आधार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रकम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(WDV) </w:t>
            </w:r>
            <w:proofErr w:type="spellStart"/>
            <w:r w:rsidRPr="00CB31D6">
              <w:rPr>
                <w:rFonts w:ascii="Kokila" w:hAnsi="Kokila" w:cs="Kokila"/>
                <w:iCs/>
              </w:rPr>
              <w:t>को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७% </w:t>
            </w:r>
            <w:proofErr w:type="spellStart"/>
            <w:r w:rsidRPr="00CB31D6">
              <w:rPr>
                <w:rFonts w:ascii="Kokila" w:hAnsi="Kokila" w:cs="Kokila"/>
                <w:iCs/>
              </w:rPr>
              <w:t>सम्म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मात्र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मर्मत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खर्च</w:t>
            </w:r>
            <w:proofErr w:type="spellEnd"/>
            <w:r w:rsidRPr="00CB31D6">
              <w:rPr>
                <w:rFonts w:ascii="Kokila" w:hAnsi="Kokila" w:cs="Kokila"/>
                <w:iCs/>
              </w:rPr>
              <w:t xml:space="preserve"> </w:t>
            </w:r>
            <w:r w:rsidRPr="00CB31D6">
              <w:rPr>
                <w:rFonts w:ascii="Kokila" w:hAnsi="Kokila" w:cs="Kokila"/>
                <w:i/>
                <w:cs/>
                <w:lang w:bidi="ne-NP"/>
              </w:rPr>
              <w:t>गरि बढी भएको खर्चलाई</w:t>
            </w:r>
            <w:r w:rsidRPr="00CB31D6">
              <w:rPr>
                <w:rFonts w:ascii="Kokila" w:hAnsi="Kokila" w:cs="Kokila"/>
                <w:iCs/>
                <w:cs/>
                <w:lang w:bidi="ne-NP"/>
              </w:rPr>
              <w:t xml:space="preserve"> </w:t>
            </w:r>
            <w:r w:rsidRPr="00CB31D6">
              <w:rPr>
                <w:rFonts w:ascii="Kokila" w:hAnsi="Kokila" w:cs="Kokila"/>
                <w:b/>
                <w:cs/>
                <w:lang w:bidi="ne-NP"/>
              </w:rPr>
              <w:t>स्थिर सम्पतिमै</w:t>
            </w:r>
            <w:r w:rsidRPr="00CB31D6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CB31D6">
              <w:rPr>
                <w:rFonts w:ascii="Kokila" w:hAnsi="Kokila" w:cs="Kokila"/>
                <w:iCs/>
              </w:rPr>
              <w:t>पूँजीगत</w:t>
            </w:r>
            <w:proofErr w:type="spellEnd"/>
            <w:r w:rsidRPr="00CB31D6">
              <w:rPr>
                <w:rFonts w:ascii="Kokila" w:hAnsi="Kokila" w:cs="Kokila"/>
                <w:i/>
              </w:rPr>
              <w:t xml:space="preserve"> </w:t>
            </w:r>
            <w:r w:rsidRPr="00CB31D6">
              <w:rPr>
                <w:rFonts w:ascii="Kokila" w:hAnsi="Kokila" w:cs="Kokila"/>
                <w:i/>
                <w:cs/>
                <w:lang w:bidi="ne-NP"/>
              </w:rPr>
              <w:t>गरिएको छ?</w:t>
            </w:r>
          </w:p>
        </w:tc>
        <w:tc>
          <w:tcPr>
            <w:tcW w:w="448" w:type="dxa"/>
          </w:tcPr>
          <w:p w14:paraId="4049E16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D58118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14441CB" w14:textId="77777777" w:rsidR="00D20747" w:rsidRDefault="00D20747" w:rsidP="00D20747"/>
        </w:tc>
      </w:tr>
      <w:tr w:rsidR="00D20747" w14:paraId="19A0E5AC" w14:textId="77777777" w:rsidTr="006959CF">
        <w:tc>
          <w:tcPr>
            <w:tcW w:w="608" w:type="dxa"/>
          </w:tcPr>
          <w:p w14:paraId="6532AE4D" w14:textId="2AC53ED5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३५</w:t>
            </w:r>
          </w:p>
        </w:tc>
        <w:tc>
          <w:tcPr>
            <w:tcW w:w="4084" w:type="dxa"/>
            <w:gridSpan w:val="2"/>
          </w:tcPr>
          <w:p w14:paraId="6455A8F2" w14:textId="6178FFD3" w:rsidR="00D20747" w:rsidRPr="00FB76D1" w:rsidRDefault="00D20747" w:rsidP="00D20747">
            <w:pPr>
              <w:spacing w:after="80"/>
              <w:jc w:val="both"/>
              <w:rPr>
                <w:rFonts w:ascii="Kokila" w:hAnsi="Kokila" w:cs="Kokila"/>
              </w:rPr>
            </w:pP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आयकर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ऐन</w:t>
            </w:r>
            <w:proofErr w:type="spellEnd"/>
            <w:r w:rsidRPr="00150E0C">
              <w:rPr>
                <w:rFonts w:ascii="Kokila" w:hAnsi="Kokila" w:cs="Kokila"/>
                <w:b/>
                <w:color w:val="333333"/>
                <w:cs/>
                <w:lang w:bidi="ne-NP"/>
              </w:rPr>
              <w:t>को</w:t>
            </w:r>
            <w:r w:rsidRPr="00150E0C">
              <w:rPr>
                <w:rFonts w:ascii="Kokila" w:hAnsi="Kokila" w:cs="Kokila"/>
                <w:bCs/>
                <w:color w:val="333333"/>
                <w:cs/>
                <w:lang w:bidi="ne-NP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iCs/>
              </w:rPr>
              <w:t>दफा</w:t>
            </w:r>
            <w:proofErr w:type="spellEnd"/>
            <w:r w:rsidRPr="00150E0C">
              <w:rPr>
                <w:rFonts w:ascii="Kokila" w:hAnsi="Kokila" w:cs="Kokila"/>
                <w:iCs/>
              </w:rPr>
              <w:t xml:space="preserve"> ९६ </w:t>
            </w:r>
            <w:proofErr w:type="spellStart"/>
            <w:r w:rsidRPr="00150E0C">
              <w:rPr>
                <w:rFonts w:ascii="Kokila" w:hAnsi="Kokila" w:cs="Kokila"/>
                <w:iCs/>
              </w:rPr>
              <w:t>अनुसार</w:t>
            </w:r>
            <w:proofErr w:type="spellEnd"/>
            <w:r w:rsidRPr="00150E0C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सहकारीले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आर्थिक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वर्ष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सकिएको</w:t>
            </w:r>
            <w:proofErr w:type="spellEnd"/>
            <w:r w:rsidRPr="00150E0C">
              <w:rPr>
                <w:rFonts w:ascii="Kokila" w:hAnsi="Kokila" w:cs="Kokila"/>
                <w:b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iCs/>
              </w:rPr>
              <w:t>असोज</w:t>
            </w:r>
            <w:proofErr w:type="spellEnd"/>
            <w:r w:rsidRPr="00150E0C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iCs/>
              </w:rPr>
              <w:t>मसान्तभित्र</w:t>
            </w:r>
            <w:proofErr w:type="spellEnd"/>
            <w:r>
              <w:rPr>
                <w:rFonts w:ascii="Kokila" w:hAnsi="Kokila" w:cs="Kokila" w:hint="cs"/>
                <w:iCs/>
                <w:cs/>
                <w:lang w:bidi="ne-NP"/>
              </w:rPr>
              <w:t xml:space="preserve"> </w:t>
            </w:r>
            <w:r>
              <w:rPr>
                <w:rFonts w:ascii="Kokila" w:hAnsi="Kokila" w:cs="Kokila" w:hint="cs"/>
                <w:i/>
                <w:cs/>
                <w:lang w:bidi="ne-NP"/>
              </w:rPr>
              <w:t xml:space="preserve">आन्तरिक </w:t>
            </w:r>
            <w:r w:rsidRPr="00150E0C">
              <w:rPr>
                <w:rFonts w:ascii="Kokila" w:hAnsi="Kokila" w:cs="Kokila"/>
                <w:i/>
                <w:cs/>
                <w:lang w:bidi="hi-IN"/>
              </w:rPr>
              <w:t>राजस्व विभाग</w:t>
            </w:r>
            <w:r>
              <w:rPr>
                <w:rFonts w:ascii="Kokila" w:hAnsi="Kokila" w:cs="Kokila" w:hint="cs"/>
                <w:i/>
                <w:cs/>
                <w:lang w:bidi="hi-IN"/>
              </w:rPr>
              <w:t>को कार्यालय</w:t>
            </w:r>
            <w:r w:rsidRPr="00150E0C">
              <w:rPr>
                <w:rFonts w:ascii="Kokila" w:hAnsi="Kokila" w:cs="Kokila"/>
                <w:iCs/>
              </w:rPr>
              <w:t xml:space="preserve"> </w:t>
            </w:r>
            <w:r>
              <w:rPr>
                <w:rFonts w:ascii="Kokila" w:hAnsi="Kokila" w:cs="Kokila" w:hint="cs"/>
                <w:i/>
                <w:cs/>
                <w:lang w:bidi="ne-NP"/>
              </w:rPr>
              <w:t>(</w:t>
            </w:r>
            <w:r w:rsidRPr="00150E0C">
              <w:rPr>
                <w:rFonts w:ascii="Kokila" w:hAnsi="Kokila" w:cs="Kokila"/>
                <w:bCs/>
                <w:color w:val="333333"/>
              </w:rPr>
              <w:t>IRD</w:t>
            </w:r>
            <w:r w:rsidRPr="00150E0C"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>)</w:t>
            </w:r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मा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आय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विवरण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(Tax Return)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पेस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गरी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कर</w:t>
            </w:r>
            <w:proofErr w:type="spellEnd"/>
            <w:r w:rsidRPr="00150E0C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150E0C">
              <w:rPr>
                <w:rFonts w:ascii="Kokila" w:hAnsi="Kokila" w:cs="Kokila"/>
                <w:bCs/>
                <w:color w:val="333333"/>
              </w:rPr>
              <w:t>चुक्ता</w:t>
            </w:r>
            <w:proofErr w:type="spellEnd"/>
            <w:r w:rsidRPr="00150E0C">
              <w:rPr>
                <w:rFonts w:ascii="Kokila" w:hAnsi="Kokila" w:cs="Kokila"/>
                <w:b/>
                <w:color w:val="333333"/>
              </w:rPr>
              <w:t xml:space="preserve"> </w:t>
            </w:r>
            <w:r w:rsidRPr="00150E0C">
              <w:rPr>
                <w:rFonts w:ascii="Kokila" w:hAnsi="Kokila" w:cs="Kokila"/>
                <w:b/>
                <w:color w:val="333333"/>
                <w:cs/>
                <w:lang w:bidi="ne-NP"/>
              </w:rPr>
              <w:t>लिएको छ</w:t>
            </w:r>
            <w:r w:rsidRPr="00150E0C">
              <w:rPr>
                <w:rFonts w:ascii="Kokila" w:hAnsi="Kokila" w:cs="Kokila"/>
                <w:b/>
                <w:color w:val="333333"/>
              </w:rPr>
              <w:t>?</w:t>
            </w:r>
          </w:p>
        </w:tc>
        <w:tc>
          <w:tcPr>
            <w:tcW w:w="448" w:type="dxa"/>
          </w:tcPr>
          <w:p w14:paraId="453F381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5586F1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803820C" w14:textId="77777777" w:rsidR="00D20747" w:rsidRDefault="00D20747" w:rsidP="00D20747"/>
        </w:tc>
      </w:tr>
      <w:tr w:rsidR="00D20747" w14:paraId="27525C04" w14:textId="77777777" w:rsidTr="006959CF">
        <w:tc>
          <w:tcPr>
            <w:tcW w:w="608" w:type="dxa"/>
          </w:tcPr>
          <w:p w14:paraId="66BBF2FE" w14:textId="6C082946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३६</w:t>
            </w:r>
          </w:p>
        </w:tc>
        <w:tc>
          <w:tcPr>
            <w:tcW w:w="4084" w:type="dxa"/>
            <w:gridSpan w:val="2"/>
          </w:tcPr>
          <w:p w14:paraId="5365EE69" w14:textId="338DA4F0" w:rsidR="00D20747" w:rsidRPr="00CB31D6" w:rsidRDefault="00D20747" w:rsidP="00D20747">
            <w:pPr>
              <w:spacing w:after="80"/>
              <w:jc w:val="both"/>
              <w:rPr>
                <w:rFonts w:ascii="Kokila" w:hAnsi="Kokila" w:cs="Kokila"/>
                <w:lang w:bidi="hi-IN"/>
              </w:rPr>
            </w:pPr>
            <w:r w:rsidRPr="00A07F32">
              <w:rPr>
                <w:rFonts w:ascii="Kokila" w:hAnsi="Kokila" w:cs="Kokila"/>
                <w:b/>
                <w:color w:val="333333"/>
                <w:cs/>
                <w:lang w:bidi="ne-NP"/>
              </w:rPr>
              <w:t xml:space="preserve">सहकारीले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परामर्श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सेवा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(Consultancy Service)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वा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लेखापरीक्षण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शुल्क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(Audit Fee)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भुक्तानी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गर्दा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VAT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बाहेकको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07F32">
              <w:rPr>
                <w:rFonts w:ascii="Kokila" w:hAnsi="Kokila" w:cs="Kokila"/>
                <w:bCs/>
                <w:color w:val="333333"/>
              </w:rPr>
              <w:t>रकममा</w:t>
            </w:r>
            <w:proofErr w:type="spellEnd"/>
            <w:r w:rsidRPr="00A07F32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A07F32">
              <w:rPr>
                <w:rFonts w:ascii="Kokila" w:hAnsi="Kokila" w:cs="Kokila"/>
                <w:bCs/>
                <w:color w:val="333333"/>
                <w:cs/>
                <w:lang w:bidi="ne-NP"/>
              </w:rPr>
              <w:t>१५</w:t>
            </w:r>
            <w:r w:rsidRPr="00A07F32">
              <w:rPr>
                <w:rFonts w:ascii="Kokila" w:hAnsi="Kokila" w:cs="Kokila"/>
                <w:bCs/>
                <w:color w:val="333333"/>
              </w:rPr>
              <w:t xml:space="preserve"> % TDS</w:t>
            </w:r>
            <w:r w:rsidRPr="00A07F32">
              <w:rPr>
                <w:rFonts w:ascii="Kokila" w:hAnsi="Kokila" w:cs="Kokila"/>
                <w:b/>
                <w:color w:val="333333"/>
              </w:rPr>
              <w:t xml:space="preserve"> </w:t>
            </w:r>
            <w:r w:rsidRPr="00A07F32">
              <w:rPr>
                <w:rFonts w:ascii="Kokila" w:hAnsi="Kokila" w:cs="Kokila"/>
                <w:b/>
                <w:color w:val="333333"/>
                <w:cs/>
                <w:lang w:bidi="ne-NP"/>
              </w:rPr>
              <w:t xml:space="preserve">कट्टी गरि </w:t>
            </w:r>
            <w:r w:rsidRPr="00A07F32">
              <w:rPr>
                <w:rFonts w:ascii="Kokila" w:hAnsi="Kokila" w:cs="Kokila"/>
                <w:i/>
                <w:cs/>
                <w:lang w:bidi="ne-NP"/>
              </w:rPr>
              <w:t xml:space="preserve">आन्तरिक </w:t>
            </w:r>
            <w:r w:rsidRPr="00A07F32">
              <w:rPr>
                <w:rFonts w:ascii="Kokila" w:hAnsi="Kokila" w:cs="Kokila"/>
                <w:i/>
                <w:cs/>
                <w:lang w:bidi="hi-IN"/>
              </w:rPr>
              <w:t>राजस्व विभागको कार्यालय</w:t>
            </w:r>
            <w:r w:rsidRPr="00A07F32">
              <w:rPr>
                <w:rFonts w:ascii="Kokila" w:hAnsi="Kokila" w:cs="Kokila"/>
                <w:iCs/>
              </w:rPr>
              <w:t xml:space="preserve"> </w:t>
            </w:r>
            <w:r w:rsidRPr="00A07F32">
              <w:rPr>
                <w:rFonts w:ascii="Kokila" w:hAnsi="Kokila" w:cs="Kokila"/>
                <w:color w:val="282828"/>
                <w:lang w:bidi="hi-IN"/>
              </w:rPr>
              <w:t>IRD</w:t>
            </w:r>
            <w:r w:rsidRPr="00A07F32">
              <w:rPr>
                <w:rFonts w:ascii="Kokila" w:hAnsi="Kokila" w:cs="Kokila"/>
                <w:color w:val="282828"/>
                <w:cs/>
                <w:lang w:bidi="hi-IN"/>
              </w:rPr>
              <w:t xml:space="preserve"> मा दाखिला गरेको छ ?</w:t>
            </w:r>
          </w:p>
        </w:tc>
        <w:tc>
          <w:tcPr>
            <w:tcW w:w="448" w:type="dxa"/>
          </w:tcPr>
          <w:p w14:paraId="087820D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38FB04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F756FE5" w14:textId="77777777" w:rsidR="00D20747" w:rsidRDefault="00D20747" w:rsidP="00D20747"/>
        </w:tc>
      </w:tr>
      <w:tr w:rsidR="00D20747" w14:paraId="7B313953" w14:textId="77777777" w:rsidTr="006959CF">
        <w:tc>
          <w:tcPr>
            <w:tcW w:w="608" w:type="dxa"/>
          </w:tcPr>
          <w:p w14:paraId="4896EE2E" w14:textId="10244F9A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३७</w:t>
            </w:r>
          </w:p>
        </w:tc>
        <w:tc>
          <w:tcPr>
            <w:tcW w:w="4084" w:type="dxa"/>
            <w:gridSpan w:val="2"/>
          </w:tcPr>
          <w:p w14:paraId="613C2B1B" w14:textId="521BD0C7" w:rsidR="00D20747" w:rsidRPr="00A409BD" w:rsidRDefault="00D20747" w:rsidP="00D20747">
            <w:pPr>
              <w:spacing w:after="80"/>
              <w:jc w:val="both"/>
              <w:rPr>
                <w:rFonts w:ascii="Kokila" w:hAnsi="Kokila" w:cs="Kokila"/>
              </w:rPr>
            </w:pP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आयकर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ऐनको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दफा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८१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अनुसार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सहकारीले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आफ्ना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लेखा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,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भौचर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तथा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वित्तीय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अभिलेखहरू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कम्तीमा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A409BD">
              <w:rPr>
                <w:rFonts w:ascii="Kokila" w:hAnsi="Kokila" w:cs="Kokila"/>
                <w:bCs/>
                <w:color w:val="333333"/>
                <w:cs/>
                <w:lang w:bidi="ne-NP"/>
              </w:rPr>
              <w:t>५</w:t>
            </w:r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वर्ष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A409BD">
              <w:rPr>
                <w:rFonts w:ascii="Kokila" w:hAnsi="Kokila" w:cs="Kokila"/>
                <w:bCs/>
                <w:color w:val="333333"/>
              </w:rPr>
              <w:t>सुरक्षित</w:t>
            </w:r>
            <w:proofErr w:type="spellEnd"/>
            <w:r w:rsidRPr="00A409BD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A409BD">
              <w:rPr>
                <w:rFonts w:ascii="Kokila" w:hAnsi="Kokila" w:cs="Kokila"/>
                <w:b/>
                <w:color w:val="333333"/>
                <w:cs/>
                <w:lang w:bidi="ne-NP"/>
              </w:rPr>
              <w:t>राख्ने व्यवस्था गरेको छ</w:t>
            </w:r>
            <w:r w:rsidRPr="00A409BD">
              <w:rPr>
                <w:rFonts w:ascii="Kokila" w:hAnsi="Kokila" w:cs="Kokila"/>
                <w:b/>
                <w:color w:val="333333"/>
              </w:rPr>
              <w:t>?</w:t>
            </w:r>
          </w:p>
        </w:tc>
        <w:tc>
          <w:tcPr>
            <w:tcW w:w="448" w:type="dxa"/>
          </w:tcPr>
          <w:p w14:paraId="5C4EA73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070CA5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895F052" w14:textId="77777777" w:rsidR="00D20747" w:rsidRDefault="00D20747" w:rsidP="00D20747"/>
        </w:tc>
      </w:tr>
      <w:tr w:rsidR="00D20747" w14:paraId="489127AF" w14:textId="77777777" w:rsidTr="006959CF">
        <w:tc>
          <w:tcPr>
            <w:tcW w:w="608" w:type="dxa"/>
          </w:tcPr>
          <w:p w14:paraId="2532E383" w14:textId="5C0E9372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३८</w:t>
            </w:r>
          </w:p>
        </w:tc>
        <w:tc>
          <w:tcPr>
            <w:tcW w:w="4084" w:type="dxa"/>
            <w:gridSpan w:val="2"/>
          </w:tcPr>
          <w:p w14:paraId="2C4EE1CC" w14:textId="5BFD52AB" w:rsidR="00D20747" w:rsidRPr="00CB31D6" w:rsidRDefault="00D20747" w:rsidP="00D20747">
            <w:pPr>
              <w:spacing w:after="80"/>
              <w:jc w:val="both"/>
              <w:rPr>
                <w:rFonts w:ascii="Kokila" w:hAnsi="Kokila" w:cs="Kokila"/>
              </w:rPr>
            </w:pP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सहकारीमा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भाखा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नाघेको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कर्जा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(Non-Performing Loan - NPL) </w:t>
            </w:r>
            <w:r w:rsidRPr="00C97BD5">
              <w:rPr>
                <w:rFonts w:ascii="Kokila" w:hAnsi="Kokila" w:cs="Kokila"/>
                <w:b/>
                <w:color w:val="333333"/>
                <w:cs/>
                <w:lang w:bidi="ne-NP"/>
              </w:rPr>
              <w:t>कम्तिमा ५%</w:t>
            </w:r>
            <w:r w:rsidRPr="00C97BD5">
              <w:rPr>
                <w:rFonts w:ascii="Kokila" w:hAnsi="Kokila" w:cs="Kokila"/>
                <w:b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भन्दा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कम</w:t>
            </w:r>
            <w:proofErr w:type="spellEnd"/>
            <w:r w:rsidRPr="00C97BD5">
              <w:rPr>
                <w:rFonts w:ascii="Kokila" w:hAnsi="Kokila" w:cs="Kokila"/>
                <w:b/>
                <w:color w:val="333333"/>
              </w:rPr>
              <w:t xml:space="preserve"> </w:t>
            </w:r>
            <w:r w:rsidRPr="00C97BD5">
              <w:rPr>
                <w:rFonts w:ascii="Kokila" w:hAnsi="Kokila" w:cs="Kokila"/>
                <w:b/>
                <w:color w:val="333333"/>
                <w:cs/>
                <w:lang w:bidi="ne-NP"/>
              </w:rPr>
              <w:t>हुने गरि</w:t>
            </w:r>
            <w:r w:rsidRPr="00C97BD5">
              <w:rPr>
                <w:rFonts w:ascii="Kokila" w:hAnsi="Kokila" w:cs="Kokila"/>
                <w:b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वित्तीय</w:t>
            </w:r>
            <w:proofErr w:type="spellEnd"/>
            <w:r w:rsidRPr="00C97BD5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C97BD5">
              <w:rPr>
                <w:rFonts w:ascii="Kokila" w:hAnsi="Kokila" w:cs="Kokila"/>
                <w:bCs/>
                <w:color w:val="333333"/>
              </w:rPr>
              <w:t>स्वस्थ</w:t>
            </w:r>
            <w:proofErr w:type="spellEnd"/>
            <w:r w:rsidRPr="00C97BD5">
              <w:rPr>
                <w:rFonts w:ascii="Kokila" w:hAnsi="Kokila" w:cs="Kokila"/>
                <w:b/>
                <w:color w:val="333333"/>
              </w:rPr>
              <w:t xml:space="preserve"> </w:t>
            </w:r>
            <w:r w:rsidRPr="00C97BD5">
              <w:rPr>
                <w:rFonts w:ascii="Kokila" w:hAnsi="Kokila" w:cs="Kokila"/>
                <w:b/>
                <w:color w:val="333333"/>
                <w:cs/>
                <w:lang w:bidi="ne-NP"/>
              </w:rPr>
              <w:t>कायम गरिएको छ</w:t>
            </w:r>
            <w:r w:rsidRPr="00C97BD5">
              <w:rPr>
                <w:rFonts w:ascii="Kokila" w:hAnsi="Kokila" w:cs="Kokila"/>
                <w:b/>
                <w:color w:val="333333"/>
              </w:rPr>
              <w:t>?</w:t>
            </w:r>
          </w:p>
        </w:tc>
        <w:tc>
          <w:tcPr>
            <w:tcW w:w="448" w:type="dxa"/>
          </w:tcPr>
          <w:p w14:paraId="6939145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DCE4783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597B896" w14:textId="77777777" w:rsidR="00D20747" w:rsidRDefault="00D20747" w:rsidP="00D20747"/>
        </w:tc>
      </w:tr>
      <w:tr w:rsidR="00D20747" w14:paraId="7FB4E6D4" w14:textId="77777777" w:rsidTr="006959CF">
        <w:tc>
          <w:tcPr>
            <w:tcW w:w="608" w:type="dxa"/>
          </w:tcPr>
          <w:p w14:paraId="5C7F6775" w14:textId="363B67B6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३९</w:t>
            </w:r>
          </w:p>
        </w:tc>
        <w:tc>
          <w:tcPr>
            <w:tcW w:w="4084" w:type="dxa"/>
            <w:gridSpan w:val="2"/>
          </w:tcPr>
          <w:p w14:paraId="1EB0D789" w14:textId="0246F297" w:rsidR="00D20747" w:rsidRDefault="00D20747" w:rsidP="00D20747">
            <w:pPr>
              <w:spacing w:after="80"/>
              <w:jc w:val="both"/>
              <w:rPr>
                <w:rFonts w:ascii="Kokila" w:hAnsi="Kokila"/>
                <w:color w:val="282828"/>
              </w:rPr>
            </w:pP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आयकर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ऐन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अनुसार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अग्रिम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कर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कट्टी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(TDS)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गरेको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रकम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iCs/>
              </w:rPr>
              <w:t>जुन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iCs/>
              </w:rPr>
              <w:t>महिनामा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TDS </w:t>
            </w:r>
            <w:proofErr w:type="spellStart"/>
            <w:r w:rsidRPr="00051EB0">
              <w:rPr>
                <w:rFonts w:ascii="Kokila" w:hAnsi="Kokila" w:cs="Kokila"/>
                <w:iCs/>
              </w:rPr>
              <w:t>काटिएको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iCs/>
              </w:rPr>
              <w:t>हो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, </w:t>
            </w:r>
            <w:proofErr w:type="spellStart"/>
            <w:r w:rsidRPr="00051EB0">
              <w:rPr>
                <w:rFonts w:ascii="Kokila" w:hAnsi="Kokila" w:cs="Kokila"/>
                <w:iCs/>
              </w:rPr>
              <w:t>त्यसको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iCs/>
              </w:rPr>
              <w:t>पछिल्लो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iCs/>
              </w:rPr>
              <w:t>महिनाको</w:t>
            </w:r>
            <w:proofErr w:type="spellEnd"/>
            <w:r w:rsidRPr="00051EB0">
              <w:rPr>
                <w:rFonts w:ascii="Kokila" w:hAnsi="Kokila" w:cs="Kokila"/>
                <w:iCs/>
              </w:rPr>
              <w:t xml:space="preserve"> २५ </w:t>
            </w:r>
            <w:proofErr w:type="spellStart"/>
            <w:r w:rsidRPr="00051EB0">
              <w:rPr>
                <w:rFonts w:ascii="Kokila" w:hAnsi="Kokila" w:cs="Kokila"/>
                <w:iCs/>
              </w:rPr>
              <w:t>गतेभित्र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आन्तरिक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राजस्व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कार्यालयमा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proofErr w:type="spellStart"/>
            <w:r w:rsidRPr="00051EB0">
              <w:rPr>
                <w:rFonts w:ascii="Kokila" w:hAnsi="Kokila" w:cs="Kokila"/>
                <w:bCs/>
                <w:color w:val="333333"/>
              </w:rPr>
              <w:t>दाखिला</w:t>
            </w:r>
            <w:proofErr w:type="spellEnd"/>
            <w:r w:rsidRPr="00051EB0">
              <w:rPr>
                <w:rFonts w:ascii="Kokila" w:hAnsi="Kokila" w:cs="Kokila"/>
                <w:bCs/>
                <w:color w:val="333333"/>
              </w:rPr>
              <w:t xml:space="preserve"> </w:t>
            </w:r>
            <w:r w:rsidRPr="00051EB0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>गरिएको</w:t>
            </w:r>
            <w:r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 xml:space="preserve"> </w:t>
            </w:r>
            <w:r w:rsidRPr="00051EB0">
              <w:rPr>
                <w:rFonts w:ascii="Kokila" w:hAnsi="Kokila" w:cs="Kokila" w:hint="cs"/>
                <w:b/>
                <w:color w:val="333333"/>
                <w:cs/>
                <w:lang w:bidi="ne-NP"/>
              </w:rPr>
              <w:t>छ</w:t>
            </w:r>
            <w:r w:rsidRPr="00051EB0">
              <w:rPr>
                <w:rFonts w:ascii="Kokila" w:hAnsi="Kokila" w:cs="Kokila"/>
                <w:bCs/>
                <w:color w:val="333333"/>
              </w:rPr>
              <w:t>?</w:t>
            </w:r>
            <w:r>
              <w:rPr>
                <w:rFonts w:ascii="Kokila" w:hAnsi="Kokila" w:cs="Kokila" w:hint="cs"/>
                <w:bCs/>
                <w:color w:val="333333"/>
                <w:cs/>
                <w:lang w:bidi="ne-NP"/>
              </w:rPr>
              <w:t xml:space="preserve"> </w:t>
            </w:r>
          </w:p>
        </w:tc>
        <w:tc>
          <w:tcPr>
            <w:tcW w:w="448" w:type="dxa"/>
          </w:tcPr>
          <w:p w14:paraId="0149690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850001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DBCD143" w14:textId="77777777" w:rsidR="00D20747" w:rsidRDefault="00D20747" w:rsidP="00D20747"/>
        </w:tc>
      </w:tr>
      <w:tr w:rsidR="00D20747" w14:paraId="4B784228" w14:textId="77777777" w:rsidTr="006959CF">
        <w:tc>
          <w:tcPr>
            <w:tcW w:w="608" w:type="dxa"/>
          </w:tcPr>
          <w:p w14:paraId="27D63D88" w14:textId="36AEA36F" w:rsidR="00D20747" w:rsidRPr="00CA3D88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४०</w:t>
            </w:r>
          </w:p>
        </w:tc>
        <w:tc>
          <w:tcPr>
            <w:tcW w:w="4084" w:type="dxa"/>
            <w:gridSpan w:val="2"/>
          </w:tcPr>
          <w:p w14:paraId="610351F6" w14:textId="6A9111EE" w:rsidR="00D20747" w:rsidRDefault="00D20747" w:rsidP="00D20747">
            <w:pPr>
              <w:jc w:val="both"/>
              <w:rPr>
                <w:rFonts w:ascii="Kokila" w:hAnsi="Kokila"/>
                <w:color w:val="282828"/>
              </w:rPr>
            </w:pP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>आयकर ऐन</w:t>
            </w:r>
            <w:r w:rsidRPr="00636642">
              <w:rPr>
                <w:rFonts w:ascii="Kokila" w:hAnsi="Kokila" w:cs="Kokila"/>
                <w:color w:val="282828"/>
              </w:rPr>
              <w:t xml:space="preserve">, </w:t>
            </w: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>२०५८ को</w:t>
            </w:r>
            <w:r w:rsidRPr="00636642">
              <w:rPr>
                <w:rFonts w:ascii="Kokila" w:hAnsi="Kokila" w:cs="Kokila"/>
                <w:color w:val="282828"/>
              </w:rPr>
              <w:t xml:space="preserve"> </w:t>
            </w:r>
            <w:r w:rsidRPr="00636642">
              <w:rPr>
                <w:rFonts w:ascii="Kokila" w:hAnsi="Kokila" w:cs="Kokila"/>
                <w:b/>
                <w:bCs/>
                <w:color w:val="282828"/>
                <w:cs/>
                <w:lang w:bidi="hi-IN"/>
              </w:rPr>
              <w:t>दफा ८८</w:t>
            </w:r>
            <w:r w:rsidRPr="00636642">
              <w:rPr>
                <w:rFonts w:ascii="Kokila" w:hAnsi="Kokila" w:cs="Kokila"/>
                <w:color w:val="282828"/>
              </w:rPr>
              <w:t xml:space="preserve"> </w:t>
            </w: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 xml:space="preserve">अनुसार </w:t>
            </w: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सहकारीले</w:t>
            </w: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 xml:space="preserve"> बैठक भत्ता</w:t>
            </w:r>
            <w:r w:rsidRPr="00636642">
              <w:rPr>
                <w:rFonts w:ascii="Kokila" w:hAnsi="Kokila" w:cs="Kokila"/>
                <w:color w:val="282828"/>
              </w:rPr>
              <w:t xml:space="preserve">, </w:t>
            </w: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>गोष्ठी शुल्क वा तालिम सञ्चालन शुल्क भुक्तानी गर्दा १५% का दरले अग्रिम कर कट्टी (</w:t>
            </w:r>
            <w:r w:rsidRPr="00636642">
              <w:rPr>
                <w:rFonts w:ascii="Kokila" w:hAnsi="Kokila" w:cs="Kokila"/>
                <w:color w:val="282828"/>
              </w:rPr>
              <w:t xml:space="preserve">TDS) </w:t>
            </w:r>
            <w:r w:rsidRPr="00636642">
              <w:rPr>
                <w:rFonts w:ascii="Kokila" w:hAnsi="Kokila" w:cs="Kokila"/>
                <w:color w:val="282828"/>
                <w:cs/>
                <w:lang w:bidi="hi-IN"/>
              </w:rPr>
              <w:t xml:space="preserve">गर्नुपर्ने व्यवस्था </w:t>
            </w:r>
            <w:r>
              <w:rPr>
                <w:rFonts w:ascii="Kokila" w:hAnsi="Kokila" w:cs="Kokila" w:hint="cs"/>
                <w:color w:val="282828"/>
                <w:cs/>
                <w:lang w:bidi="hi-IN"/>
              </w:rPr>
              <w:t>गरेको छ?</w:t>
            </w:r>
          </w:p>
        </w:tc>
        <w:tc>
          <w:tcPr>
            <w:tcW w:w="448" w:type="dxa"/>
          </w:tcPr>
          <w:p w14:paraId="576C361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D64D80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F813918" w14:textId="77777777" w:rsidR="00D20747" w:rsidRDefault="00D20747" w:rsidP="00D20747"/>
        </w:tc>
      </w:tr>
      <w:tr w:rsidR="002579C9" w14:paraId="6A923F6F" w14:textId="77777777" w:rsidTr="00AA47F5">
        <w:tc>
          <w:tcPr>
            <w:tcW w:w="15210" w:type="dxa"/>
            <w:gridSpan w:val="8"/>
            <w:shd w:val="clear" w:color="auto" w:fill="1F497D" w:themeFill="text2"/>
          </w:tcPr>
          <w:p w14:paraId="06970472" w14:textId="5B9CE2D6" w:rsidR="002579C9" w:rsidRPr="00AA47F5" w:rsidRDefault="00AA47F5" w:rsidP="00D20747">
            <w:pPr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७.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आय-व्यय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बजेट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नियन्त्रण</w:t>
            </w:r>
            <w:proofErr w:type="spellEnd"/>
            <w:r w:rsidRPr="00AA47F5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(Income-Expense and Budgetary Control)</w:t>
            </w:r>
          </w:p>
        </w:tc>
      </w:tr>
      <w:tr w:rsidR="00D20747" w14:paraId="2C6FAAC9" w14:textId="77777777" w:rsidTr="006959CF">
        <w:tc>
          <w:tcPr>
            <w:tcW w:w="608" w:type="dxa"/>
          </w:tcPr>
          <w:p w14:paraId="15AC773C" w14:textId="159847CF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1466F9EA" w14:textId="67106B4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वार्षिक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बजेट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कार्यान्वयनमा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ल्याइएको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D8E339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35D05E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3847B01" w14:textId="77777777" w:rsidR="00D20747" w:rsidRDefault="00D20747" w:rsidP="00D20747"/>
        </w:tc>
      </w:tr>
      <w:tr w:rsidR="00D20747" w14:paraId="6FE12A0F" w14:textId="77777777" w:rsidTr="006959CF">
        <w:tc>
          <w:tcPr>
            <w:tcW w:w="608" w:type="dxa"/>
          </w:tcPr>
          <w:p w14:paraId="52F7AE32" w14:textId="556F662F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02E29174" w14:textId="44F5199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बजेटको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8F2C81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4F2CFA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F65CFC9" w14:textId="77777777" w:rsidR="00D20747" w:rsidRDefault="00D20747" w:rsidP="00D20747"/>
        </w:tc>
      </w:tr>
      <w:tr w:rsidR="00D20747" w14:paraId="3545FA1D" w14:textId="77777777" w:rsidTr="006959CF">
        <w:tc>
          <w:tcPr>
            <w:tcW w:w="608" w:type="dxa"/>
          </w:tcPr>
          <w:p w14:paraId="2C176BB3" w14:textId="55E3A031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198B7B63" w14:textId="52FEF32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बजेटभन्दा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बाहिर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थप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परेमा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70931C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6C7443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90EBBC3" w14:textId="77777777" w:rsidR="00D20747" w:rsidRDefault="00D20747" w:rsidP="00D20747"/>
        </w:tc>
      </w:tr>
      <w:tr w:rsidR="00D20747" w14:paraId="5BE03942" w14:textId="77777777" w:rsidTr="006959CF">
        <w:tc>
          <w:tcPr>
            <w:tcW w:w="608" w:type="dxa"/>
          </w:tcPr>
          <w:p w14:paraId="11F4D0A5" w14:textId="4DCD8FE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77F50D99" w14:textId="6239B83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आम्दानीका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स्रोतहरू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सदस्यता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F17A79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985DD6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06FCB8B" w14:textId="77777777" w:rsidR="00D20747" w:rsidRDefault="00D20747" w:rsidP="00D20747"/>
        </w:tc>
      </w:tr>
      <w:tr w:rsidR="00D20747" w14:paraId="13A63698" w14:textId="77777777" w:rsidTr="006959CF">
        <w:tc>
          <w:tcPr>
            <w:tcW w:w="608" w:type="dxa"/>
          </w:tcPr>
          <w:p w14:paraId="440187CC" w14:textId="2E19977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09C374DB" w14:textId="76FB927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हुनुपर्ने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आम्दानीहरू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समयमै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जम्मा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A669D9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DB7C3BB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40CA1C1" w14:textId="77777777" w:rsidR="00D20747" w:rsidRDefault="00D20747" w:rsidP="00D20747"/>
        </w:tc>
      </w:tr>
      <w:tr w:rsidR="00D20747" w14:paraId="72229A2F" w14:textId="77777777" w:rsidTr="006959CF">
        <w:tc>
          <w:tcPr>
            <w:tcW w:w="608" w:type="dxa"/>
          </w:tcPr>
          <w:p w14:paraId="6A8911A6" w14:textId="3165AE2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2777027F" w14:textId="0787313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भौचरहरूमा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अख्तियारवाला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संलग्न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BA778E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2D6540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1D9F898" w14:textId="77777777" w:rsidR="00D20747" w:rsidRDefault="00D20747" w:rsidP="00D20747"/>
        </w:tc>
      </w:tr>
      <w:tr w:rsidR="00D20747" w14:paraId="268FD68A" w14:textId="77777777" w:rsidTr="006959CF">
        <w:tc>
          <w:tcPr>
            <w:tcW w:w="608" w:type="dxa"/>
          </w:tcPr>
          <w:p w14:paraId="3481FB68" w14:textId="5E2BA47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799681D8" w14:textId="31E3D28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दिँदा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नियमानुसार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अग्रिम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कट्टी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(TDS)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सरकारी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E003D1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A34A4D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4C78D97" w14:textId="77777777" w:rsidR="00D20747" w:rsidRDefault="00D20747" w:rsidP="00D20747"/>
        </w:tc>
      </w:tr>
      <w:tr w:rsidR="00D20747" w14:paraId="1BEB80DD" w14:textId="77777777" w:rsidTr="006959CF">
        <w:tc>
          <w:tcPr>
            <w:tcW w:w="608" w:type="dxa"/>
          </w:tcPr>
          <w:p w14:paraId="77262932" w14:textId="1630F25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0E0764CB" w14:textId="4F5BB51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प्रशासनिक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भाडा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इन्धन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सवारी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पत्रपत्रिका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मनोरञ्जन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मितव्ययिता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अपनाइएको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CB27C8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65F935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C9FDCEE" w14:textId="77777777" w:rsidR="00D20747" w:rsidRDefault="00D20747" w:rsidP="00D20747"/>
        </w:tc>
      </w:tr>
      <w:tr w:rsidR="00D20747" w14:paraId="13F06EE2" w14:textId="77777777" w:rsidTr="006959CF">
        <w:tc>
          <w:tcPr>
            <w:tcW w:w="608" w:type="dxa"/>
          </w:tcPr>
          <w:p w14:paraId="34BB4F11" w14:textId="3E50C3C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10D4FC2C" w14:textId="59E4216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घरभाडा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सवारी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सम्झौतापत्र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(Agreement)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5DAD1E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6B3E51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5FA71E7" w14:textId="77777777" w:rsidR="00D20747" w:rsidRDefault="00D20747" w:rsidP="00D20747"/>
        </w:tc>
      </w:tr>
      <w:tr w:rsidR="00D20747" w14:paraId="0AC1B1C7" w14:textId="77777777" w:rsidTr="006959CF">
        <w:tc>
          <w:tcPr>
            <w:tcW w:w="608" w:type="dxa"/>
          </w:tcPr>
          <w:p w14:paraId="09DA7DEA" w14:textId="46CB583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1E1D3B1F" w14:textId="2B8A7C3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कर्मचारीहरूको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तलब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भत्ता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सुविधाहरू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शर्त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नियमावली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271E82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6E5175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74C7217" w14:textId="77777777" w:rsidR="00D20747" w:rsidRDefault="00D20747" w:rsidP="00D20747"/>
        </w:tc>
      </w:tr>
      <w:tr w:rsidR="00D20747" w14:paraId="5170B332" w14:textId="77777777" w:rsidTr="006959CF">
        <w:tc>
          <w:tcPr>
            <w:tcW w:w="608" w:type="dxa"/>
          </w:tcPr>
          <w:p w14:paraId="43CDD577" w14:textId="7ADE09D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4A831C95" w14:textId="37C0A51E" w:rsidR="00D20747" w:rsidRDefault="00D20747" w:rsidP="00D20747">
            <w:pPr>
              <w:tabs>
                <w:tab w:val="right" w:pos="5390"/>
              </w:tabs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बैठक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भत्ता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भुक्तानीहरू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विनियमले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853190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  <w:r>
              <w:rPr>
                <w:rFonts w:ascii="Kokila" w:hAnsi="Kokila"/>
                <w:color w:val="282828"/>
              </w:rPr>
              <w:tab/>
            </w:r>
          </w:p>
        </w:tc>
        <w:tc>
          <w:tcPr>
            <w:tcW w:w="448" w:type="dxa"/>
          </w:tcPr>
          <w:p w14:paraId="22EC5E9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0F688B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EF82A04" w14:textId="77777777" w:rsidR="00D20747" w:rsidRDefault="00D20747" w:rsidP="00D20747"/>
        </w:tc>
      </w:tr>
      <w:tr w:rsidR="00D20747" w14:paraId="498B1F14" w14:textId="77777777" w:rsidTr="006959CF">
        <w:tc>
          <w:tcPr>
            <w:tcW w:w="608" w:type="dxa"/>
          </w:tcPr>
          <w:p w14:paraId="6B975389" w14:textId="6602862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276CAED3" w14:textId="02D0A71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आफ्ना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लाभांश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अन्य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बाँडफाँड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प्रावधान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F7B987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394CF7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41FF873" w14:textId="77777777" w:rsidR="00D20747" w:rsidRDefault="00D20747" w:rsidP="00D20747"/>
        </w:tc>
      </w:tr>
      <w:tr w:rsidR="00D20747" w14:paraId="1AA0F1F4" w14:textId="77777777" w:rsidTr="006959CF">
        <w:tc>
          <w:tcPr>
            <w:tcW w:w="608" w:type="dxa"/>
          </w:tcPr>
          <w:p w14:paraId="79343128" w14:textId="3B6E699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624EC523" w14:textId="73CEDB30" w:rsidR="00D20747" w:rsidRPr="001058AD" w:rsidRDefault="00D20747" w:rsidP="00D20747">
            <w:pPr>
              <w:jc w:val="both"/>
              <w:rPr>
                <w:rFonts w:ascii="Kokila" w:hAnsi="Kokila" w:cs="Kokila"/>
              </w:rPr>
            </w:pPr>
            <w:r w:rsidRPr="001058AD">
              <w:rPr>
                <w:rFonts w:ascii="Kokila" w:hAnsi="Kokila" w:cs="Kokila"/>
                <w:cs/>
                <w:lang w:bidi="ne-NP"/>
              </w:rPr>
              <w:t>संस्थाको स्रोत र साधनको प्रयोग गर्दा गैर-व्यावसायिक वा व्यक्तिगत हितमा खर्च नहुने गरी नियन्त्रणको व्यवस्था गरिएको छ</w:t>
            </w:r>
            <w:r w:rsidRPr="001058AD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02EDC86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72EC8F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823A5EB" w14:textId="77777777" w:rsidR="00D20747" w:rsidRDefault="00D20747" w:rsidP="00D20747"/>
        </w:tc>
      </w:tr>
      <w:tr w:rsidR="00D20747" w14:paraId="598D5164" w14:textId="77777777" w:rsidTr="006959CF">
        <w:tc>
          <w:tcPr>
            <w:tcW w:w="608" w:type="dxa"/>
          </w:tcPr>
          <w:p w14:paraId="2B6EDF5B" w14:textId="3788BB7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577B64FF" w14:textId="3F4B050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विज्ञापन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उत्सव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3DE7AA8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91447B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0CF3E13" w14:textId="77777777" w:rsidR="00D20747" w:rsidRDefault="00D20747" w:rsidP="00D20747"/>
        </w:tc>
      </w:tr>
      <w:tr w:rsidR="00D20747" w14:paraId="0B2DB2B2" w14:textId="77777777" w:rsidTr="006959CF">
        <w:tc>
          <w:tcPr>
            <w:tcW w:w="608" w:type="dxa"/>
          </w:tcPr>
          <w:p w14:paraId="1D785826" w14:textId="250C0CC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2CDA7615" w14:textId="6681049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सक्कल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बिल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भरपाई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संलग्न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3F0DA0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9E8DC3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918E59E" w14:textId="77777777" w:rsidR="00D20747" w:rsidRDefault="00D20747" w:rsidP="00D20747"/>
        </w:tc>
      </w:tr>
      <w:tr w:rsidR="00D20747" w14:paraId="1823F879" w14:textId="77777777" w:rsidTr="006959CF">
        <w:tc>
          <w:tcPr>
            <w:tcW w:w="608" w:type="dxa"/>
          </w:tcPr>
          <w:p w14:paraId="732D1766" w14:textId="13F75B0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23E7A1DD" w14:textId="51249D9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पूँजीगत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(Capital Expenditure)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बजेट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खरिद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8394DD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96CE21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BF95AFA" w14:textId="77777777" w:rsidR="00D20747" w:rsidRDefault="00D20747" w:rsidP="00D20747"/>
        </w:tc>
      </w:tr>
      <w:tr w:rsidR="00D20747" w14:paraId="356ABC03" w14:textId="77777777" w:rsidTr="006959CF">
        <w:tc>
          <w:tcPr>
            <w:tcW w:w="608" w:type="dxa"/>
          </w:tcPr>
          <w:p w14:paraId="36FFFC28" w14:textId="0E10659C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15796396" w14:textId="4B9BCEC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खुद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मुनाफाबाट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जगेडा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(Reserve Fund), </w:t>
            </w:r>
            <w:proofErr w:type="spellStart"/>
            <w:r>
              <w:rPr>
                <w:rFonts w:ascii="Kokila" w:hAnsi="Kokila"/>
                <w:color w:val="282828"/>
              </w:rPr>
              <w:t>संरक्षित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पुँजी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फिर्ता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छुट्याइएको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CEE339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93D968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F41ABDB" w14:textId="77777777" w:rsidR="00D20747" w:rsidRDefault="00D20747" w:rsidP="00D20747"/>
        </w:tc>
      </w:tr>
      <w:tr w:rsidR="00D20747" w14:paraId="5BACFA6D" w14:textId="77777777" w:rsidTr="006959CF">
        <w:tc>
          <w:tcPr>
            <w:tcW w:w="608" w:type="dxa"/>
          </w:tcPr>
          <w:p w14:paraId="5ABB958E" w14:textId="50F5473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696559F3" w14:textId="00808D4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आकस्मिक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बजेट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बाहिरका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खर्चहरूको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औचित्य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स्पष्ट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पुष्टि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038B8A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B110F20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7246E6C" w14:textId="77777777" w:rsidR="00D20747" w:rsidRDefault="00D20747" w:rsidP="00D20747"/>
        </w:tc>
      </w:tr>
      <w:tr w:rsidR="00D20747" w14:paraId="66FD1250" w14:textId="77777777" w:rsidTr="006959CF">
        <w:tc>
          <w:tcPr>
            <w:tcW w:w="608" w:type="dxa"/>
          </w:tcPr>
          <w:p w14:paraId="16101598" w14:textId="291071F4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s/>
                <w:lang w:bidi="ne-NP"/>
              </w:rPr>
              <w:lastRenderedPageBreak/>
              <w:t>१९</w:t>
            </w:r>
          </w:p>
        </w:tc>
        <w:tc>
          <w:tcPr>
            <w:tcW w:w="4084" w:type="dxa"/>
            <w:gridSpan w:val="2"/>
          </w:tcPr>
          <w:p w14:paraId="02193493" w14:textId="4BED2D8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नोक्सानी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आम्दानी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घट्नुका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कारणहरूको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सूक्ष्म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अध्ययन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बुझाइन्छ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1C02A26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C1D095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C424FD3" w14:textId="77777777" w:rsidR="00D20747" w:rsidRDefault="00D20747" w:rsidP="00D20747"/>
        </w:tc>
      </w:tr>
      <w:tr w:rsidR="00D20747" w14:paraId="5FEC350F" w14:textId="77777777" w:rsidTr="006959CF">
        <w:tc>
          <w:tcPr>
            <w:tcW w:w="608" w:type="dxa"/>
          </w:tcPr>
          <w:p w14:paraId="44AEE507" w14:textId="1D914E21" w:rsidR="00D20747" w:rsidRDefault="00D20747" w:rsidP="00D20747">
            <w:pPr>
              <w:jc w:val="both"/>
              <w:rPr>
                <w:rFonts w:ascii="Kokila" w:hAnsi="Kokila" w:cs="Kokila"/>
                <w:cs/>
                <w:lang w:bidi="ne-NP"/>
              </w:rPr>
            </w:pPr>
            <w:r>
              <w:rPr>
                <w:rFonts w:ascii="Kokila" w:hAnsi="Kokila" w:cs="Kokila" w:hint="cs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04952087" w14:textId="6A6F10E4" w:rsidR="00D20747" w:rsidRPr="001058AD" w:rsidRDefault="00D20747" w:rsidP="00D20747">
            <w:pPr>
              <w:jc w:val="both"/>
              <w:rPr>
                <w:rFonts w:ascii="Kokila" w:hAnsi="Kokila" w:cs="Kokila"/>
              </w:rPr>
            </w:pPr>
            <w:r w:rsidRPr="001058AD">
              <w:rPr>
                <w:rFonts w:ascii="Kokila" w:hAnsi="Kokila" w:cs="Kokila"/>
                <w:cs/>
                <w:lang w:bidi="ne-NP"/>
              </w:rPr>
              <w:t>विभिन्न सरकारी कर</w:t>
            </w:r>
            <w:r w:rsidRPr="001058AD">
              <w:rPr>
                <w:rFonts w:ascii="Kokila" w:hAnsi="Kokila" w:cs="Kokila"/>
              </w:rPr>
              <w:t xml:space="preserve">, </w:t>
            </w:r>
            <w:r w:rsidRPr="001058AD">
              <w:rPr>
                <w:rFonts w:ascii="Kokila" w:hAnsi="Kokila" w:cs="Kokila"/>
                <w:cs/>
                <w:lang w:bidi="ne-NP"/>
              </w:rPr>
              <w:t>राजस्व</w:t>
            </w:r>
            <w:r w:rsidRPr="001058AD">
              <w:rPr>
                <w:rFonts w:ascii="Kokila" w:hAnsi="Kokila" w:cs="Kokila"/>
              </w:rPr>
              <w:t xml:space="preserve">, </w:t>
            </w:r>
            <w:r w:rsidRPr="001058AD">
              <w:rPr>
                <w:rFonts w:ascii="Kokila" w:hAnsi="Kokila" w:cs="Kokila"/>
                <w:cs/>
                <w:lang w:bidi="ne-NP"/>
              </w:rPr>
              <w:t>सामाजिक सुरक्षा कोष (</w:t>
            </w:r>
            <w:r w:rsidRPr="001058AD">
              <w:rPr>
                <w:rFonts w:ascii="Kokila" w:hAnsi="Kokila" w:cs="Kokila"/>
              </w:rPr>
              <w:t xml:space="preserve">SSF) </w:t>
            </w:r>
            <w:r w:rsidRPr="001058AD">
              <w:rPr>
                <w:rFonts w:ascii="Kokila" w:hAnsi="Kokila" w:cs="Kokila"/>
                <w:cs/>
                <w:lang w:bidi="ne-NP"/>
              </w:rPr>
              <w:t>तथा अन्य कानुनी दायित्वका भुक्तानीहरू तोकिएको समयभित्रै दाखिला गर्ने गरिएको छ</w:t>
            </w:r>
            <w:r w:rsidRPr="001058AD">
              <w:rPr>
                <w:rFonts w:ascii="Kokila" w:hAnsi="Kokila" w:cs="Kokila"/>
              </w:rPr>
              <w:t>?</w:t>
            </w:r>
          </w:p>
        </w:tc>
        <w:tc>
          <w:tcPr>
            <w:tcW w:w="448" w:type="dxa"/>
          </w:tcPr>
          <w:p w14:paraId="680D8C7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AD3B97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05B76DF" w14:textId="77777777" w:rsidR="00D20747" w:rsidRDefault="00D20747" w:rsidP="00D20747"/>
        </w:tc>
      </w:tr>
      <w:tr w:rsidR="002579C9" w14:paraId="5967B917" w14:textId="77777777" w:rsidTr="006959CF">
        <w:tc>
          <w:tcPr>
            <w:tcW w:w="15210" w:type="dxa"/>
            <w:gridSpan w:val="8"/>
            <w:shd w:val="clear" w:color="auto" w:fill="1F497D" w:themeFill="text2"/>
          </w:tcPr>
          <w:p w14:paraId="384C1253" w14:textId="36AC681E" w:rsidR="002579C9" w:rsidRPr="006959CF" w:rsidRDefault="006959CF" w:rsidP="00D20747">
            <w:pPr>
              <w:rPr>
                <w:b/>
                <w:bCs/>
              </w:rPr>
            </w:pPr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८.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जिन्सी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स्थिर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सम्पत्ति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(Stores and Fixed Assets Management)</w:t>
            </w:r>
          </w:p>
        </w:tc>
      </w:tr>
      <w:tr w:rsidR="00D20747" w14:paraId="43FD0176" w14:textId="77777777" w:rsidTr="006959CF">
        <w:tc>
          <w:tcPr>
            <w:tcW w:w="608" w:type="dxa"/>
          </w:tcPr>
          <w:p w14:paraId="0FCA40EF" w14:textId="4945165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5D29D695" w14:textId="14973AE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रजिस्टर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(Fixed Assets Register - FAR)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919F01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31C73A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6D5D299" w14:textId="77777777" w:rsidR="00D20747" w:rsidRDefault="00D20747" w:rsidP="00D20747"/>
        </w:tc>
      </w:tr>
      <w:tr w:rsidR="00D20747" w14:paraId="140AEE85" w14:textId="77777777" w:rsidTr="006959CF">
        <w:tc>
          <w:tcPr>
            <w:tcW w:w="608" w:type="dxa"/>
          </w:tcPr>
          <w:p w14:paraId="5C2DE974" w14:textId="4D35517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6861DBF5" w14:textId="1D4006D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प्रत्येक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स्पष्ट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परिचय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खुल्ने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कोड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ट्याग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(Asset Tagging) </w:t>
            </w:r>
            <w:proofErr w:type="spellStart"/>
            <w:r>
              <w:rPr>
                <w:rFonts w:ascii="Kokila" w:hAnsi="Kokila"/>
                <w:color w:val="282828"/>
              </w:rPr>
              <w:t>लगाइएको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D40378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39ECA4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2899AF8" w14:textId="77777777" w:rsidR="00D20747" w:rsidRDefault="00D20747" w:rsidP="00D20747"/>
        </w:tc>
      </w:tr>
      <w:tr w:rsidR="00D20747" w14:paraId="7AF8B3A2" w14:textId="77777777" w:rsidTr="006959CF">
        <w:tc>
          <w:tcPr>
            <w:tcW w:w="608" w:type="dxa"/>
          </w:tcPr>
          <w:p w14:paraId="026D104E" w14:textId="0E463AB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2D17255A" w14:textId="6DDE667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वार्षिक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(Physical Verification)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C00BD3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3670D4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74FC9AC" w14:textId="77777777" w:rsidR="00D20747" w:rsidRDefault="00D20747" w:rsidP="00D20747"/>
        </w:tc>
      </w:tr>
      <w:tr w:rsidR="00D20747" w14:paraId="68F2A16E" w14:textId="77777777" w:rsidTr="006959CF">
        <w:tc>
          <w:tcPr>
            <w:tcW w:w="608" w:type="dxa"/>
          </w:tcPr>
          <w:p w14:paraId="32103A20" w14:textId="4B69A18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3392A33C" w14:textId="7ADFD8E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भौतिक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FAR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अभिलेख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बीच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भिन्नता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(Discrepancy) छ?</w:t>
            </w:r>
          </w:p>
        </w:tc>
        <w:tc>
          <w:tcPr>
            <w:tcW w:w="448" w:type="dxa"/>
          </w:tcPr>
          <w:p w14:paraId="1B8D04D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BFEC5D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7A9D239" w14:textId="77777777" w:rsidR="00D20747" w:rsidRDefault="00D20747" w:rsidP="00D20747"/>
        </w:tc>
      </w:tr>
      <w:tr w:rsidR="00D20747" w14:paraId="3F4ACDA0" w14:textId="77777777" w:rsidTr="006959CF">
        <w:tc>
          <w:tcPr>
            <w:tcW w:w="608" w:type="dxa"/>
          </w:tcPr>
          <w:p w14:paraId="3F27F92A" w14:textId="4438F37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7B8E91ED" w14:textId="1CC69D5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स्वामित्वमा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जग्गा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भवन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सवारी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स्वामित्व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लालपुर्जा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ब्लुबुक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78130DA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23BE97F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32AE2C8" w14:textId="77777777" w:rsidR="00D20747" w:rsidRDefault="00D20747" w:rsidP="00D20747"/>
        </w:tc>
      </w:tr>
      <w:tr w:rsidR="00D20747" w14:paraId="735C3852" w14:textId="77777777" w:rsidTr="006959CF">
        <w:tc>
          <w:tcPr>
            <w:tcW w:w="608" w:type="dxa"/>
          </w:tcPr>
          <w:p w14:paraId="33BF4B18" w14:textId="7331D2C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4CB094A3" w14:textId="447FDBA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भवन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सवारी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कम्प्युटर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मनि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काउन्टर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पर्याप्त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D42FE8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E2BDF5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6E1112A" w14:textId="77777777" w:rsidR="00D20747" w:rsidRDefault="00D20747" w:rsidP="00D20747"/>
        </w:tc>
      </w:tr>
      <w:tr w:rsidR="00D20747" w14:paraId="0F14C8BA" w14:textId="77777777" w:rsidTr="006959CF">
        <w:tc>
          <w:tcPr>
            <w:tcW w:w="608" w:type="dxa"/>
          </w:tcPr>
          <w:p w14:paraId="33E9873E" w14:textId="5FAE768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20F62D44" w14:textId="4FF13A9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स्थिर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ह्रासकाट्टी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(Depreciation)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F33581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FC6D0F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EE7D64B" w14:textId="77777777" w:rsidR="00D20747" w:rsidRDefault="00D20747" w:rsidP="00D20747"/>
        </w:tc>
      </w:tr>
      <w:tr w:rsidR="00D20747" w14:paraId="10D9D1AF" w14:textId="77777777" w:rsidTr="006959CF">
        <w:tc>
          <w:tcPr>
            <w:tcW w:w="608" w:type="dxa"/>
          </w:tcPr>
          <w:p w14:paraId="2B653401" w14:textId="531BDE1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6488D930" w14:textId="543A51A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प्रयोगमा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नरहेका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मर्मत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नसक्ने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पुराना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अपलेखन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(Write-off)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लिलामी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नियमानुसार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100E39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A274FC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A119DA6" w14:textId="77777777" w:rsidR="00D20747" w:rsidRDefault="00D20747" w:rsidP="00D20747"/>
        </w:tc>
      </w:tr>
      <w:tr w:rsidR="00D20747" w14:paraId="4B7E458C" w14:textId="77777777" w:rsidTr="006959CF">
        <w:tc>
          <w:tcPr>
            <w:tcW w:w="608" w:type="dxa"/>
          </w:tcPr>
          <w:p w14:paraId="0F4DDB1A" w14:textId="748D810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38DB3496" w14:textId="34AB120E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(Stationery, Printed Forms, Gifts)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खाता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(Store Ledger)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C7D248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7F008B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BFE07CE" w14:textId="77777777" w:rsidR="00D20747" w:rsidRDefault="00D20747" w:rsidP="00D20747"/>
        </w:tc>
      </w:tr>
      <w:tr w:rsidR="00D20747" w14:paraId="658250F3" w14:textId="77777777" w:rsidTr="006959CF">
        <w:tc>
          <w:tcPr>
            <w:tcW w:w="608" w:type="dxa"/>
          </w:tcPr>
          <w:p w14:paraId="463EF249" w14:textId="479B377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77E1BFF8" w14:textId="3CA3DC1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आदेश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(Purchase Order),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(GRN), र </w:t>
            </w:r>
            <w:proofErr w:type="spellStart"/>
            <w:r>
              <w:rPr>
                <w:rFonts w:ascii="Kokila" w:hAnsi="Kokila"/>
                <w:color w:val="282828"/>
              </w:rPr>
              <w:t>निकासा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फारम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प्रयोग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A8E8B0D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979323D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A5261E5" w14:textId="77777777" w:rsidR="00D20747" w:rsidRDefault="00D20747" w:rsidP="00D20747"/>
        </w:tc>
      </w:tr>
      <w:tr w:rsidR="00D20747" w14:paraId="68E121BE" w14:textId="77777777" w:rsidTr="006959CF">
        <w:tc>
          <w:tcPr>
            <w:tcW w:w="608" w:type="dxa"/>
          </w:tcPr>
          <w:p w14:paraId="53687469" w14:textId="5FC1A284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6946BCD4" w14:textId="059D9D28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सामानको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स्टोरमा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भण्डारण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9C7054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323579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1468174" w14:textId="77777777" w:rsidR="00D20747" w:rsidRDefault="00D20747" w:rsidP="00D20747"/>
        </w:tc>
      </w:tr>
      <w:tr w:rsidR="00D20747" w14:paraId="69C996DE" w14:textId="77777777" w:rsidTr="006959CF">
        <w:tc>
          <w:tcPr>
            <w:tcW w:w="608" w:type="dxa"/>
          </w:tcPr>
          <w:p w14:paraId="1FD877BA" w14:textId="518215E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4E75DE28" w14:textId="1D97284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खरिद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रु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. १० </w:t>
            </w:r>
            <w:proofErr w:type="spellStart"/>
            <w:r>
              <w:rPr>
                <w:rFonts w:ascii="Kokila" w:hAnsi="Kokila"/>
                <w:color w:val="282828"/>
              </w:rPr>
              <w:t>हजार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खरिदमा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कोटेशन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टेन्डर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कार्यविधि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पारदर्शी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AD8783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D891EC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CFD3AE8" w14:textId="77777777" w:rsidR="00D20747" w:rsidRDefault="00D20747" w:rsidP="00D20747"/>
        </w:tc>
      </w:tr>
      <w:tr w:rsidR="00D20747" w14:paraId="7BB28DDC" w14:textId="77777777" w:rsidTr="006959CF">
        <w:tc>
          <w:tcPr>
            <w:tcW w:w="608" w:type="dxa"/>
          </w:tcPr>
          <w:p w14:paraId="75ADB283" w14:textId="4DA9C1D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23A65310" w14:textId="3A194877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प्रयोगमा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ल्याएका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ECD4FE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57E0DA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D687739" w14:textId="77777777" w:rsidR="00D20747" w:rsidRDefault="00D20747" w:rsidP="00D20747"/>
        </w:tc>
      </w:tr>
      <w:tr w:rsidR="00D20747" w14:paraId="35C53442" w14:textId="77777777" w:rsidTr="006959CF">
        <w:tc>
          <w:tcPr>
            <w:tcW w:w="608" w:type="dxa"/>
          </w:tcPr>
          <w:p w14:paraId="0BF92E0E" w14:textId="01671DA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71688FBF" w14:textId="019E315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मर्मत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सम्भार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(Maintenance &amp; Repairs) </w:t>
            </w:r>
            <w:proofErr w:type="spellStart"/>
            <w:r>
              <w:rPr>
                <w:rFonts w:ascii="Kokila" w:hAnsi="Kokila"/>
                <w:color w:val="282828"/>
              </w:rPr>
              <w:t>खर्चको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औचित्य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प्राविधिक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पुष्टि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35F893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3202CD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84FBAFC" w14:textId="77777777" w:rsidR="00D20747" w:rsidRDefault="00D20747" w:rsidP="00D20747"/>
        </w:tc>
      </w:tr>
      <w:tr w:rsidR="00D20747" w14:paraId="29CD1F7F" w14:textId="77777777" w:rsidTr="006959CF">
        <w:tc>
          <w:tcPr>
            <w:tcW w:w="608" w:type="dxa"/>
          </w:tcPr>
          <w:p w14:paraId="6972923A" w14:textId="7E2982A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6B60BB7F" w14:textId="20EE8E5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कम्प्युटर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प्रिन्टर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IT </w:t>
            </w:r>
            <w:proofErr w:type="spellStart"/>
            <w:r>
              <w:rPr>
                <w:rFonts w:ascii="Kokila" w:hAnsi="Kokila"/>
                <w:color w:val="282828"/>
              </w:rPr>
              <w:t>उपकरणहरूको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मर्मतको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905DDB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117829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3922CCA" w14:textId="77777777" w:rsidR="00D20747" w:rsidRDefault="00D20747" w:rsidP="00D20747"/>
        </w:tc>
      </w:tr>
      <w:tr w:rsidR="00D20747" w14:paraId="072780B4" w14:textId="77777777" w:rsidTr="006959CF">
        <w:tc>
          <w:tcPr>
            <w:tcW w:w="608" w:type="dxa"/>
          </w:tcPr>
          <w:p w14:paraId="3D3E0402" w14:textId="7067F5A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0F2C9566" w14:textId="4748624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कार्यालय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भवन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भाडामा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सम्झौता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शर्तहरू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C6C274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C2B6B4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F34C99D" w14:textId="77777777" w:rsidR="00D20747" w:rsidRDefault="00D20747" w:rsidP="00D20747"/>
        </w:tc>
      </w:tr>
      <w:tr w:rsidR="00D20747" w14:paraId="60877B40" w14:textId="77777777" w:rsidTr="006959CF">
        <w:tc>
          <w:tcPr>
            <w:tcW w:w="608" w:type="dxa"/>
          </w:tcPr>
          <w:p w14:paraId="118125C0" w14:textId="0801872A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१७</w:t>
            </w:r>
          </w:p>
        </w:tc>
        <w:tc>
          <w:tcPr>
            <w:tcW w:w="4084" w:type="dxa"/>
            <w:gridSpan w:val="2"/>
          </w:tcPr>
          <w:p w14:paraId="2291FE9C" w14:textId="47129B2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सामानको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मौज्दात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(Minimum/Maximum Stock Level) </w:t>
            </w:r>
            <w:proofErr w:type="spellStart"/>
            <w:r>
              <w:rPr>
                <w:rFonts w:ascii="Kokila" w:hAnsi="Kokila"/>
                <w:color w:val="282828"/>
              </w:rPr>
              <w:t>निर्धारण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5E1619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268C8A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DD6B26A" w14:textId="77777777" w:rsidR="00D20747" w:rsidRDefault="00D20747" w:rsidP="00D20747"/>
        </w:tc>
      </w:tr>
      <w:tr w:rsidR="00D20747" w14:paraId="3F62DF6F" w14:textId="77777777" w:rsidTr="006959CF">
        <w:tc>
          <w:tcPr>
            <w:tcW w:w="608" w:type="dxa"/>
          </w:tcPr>
          <w:p w14:paraId="48903212" w14:textId="67FFC7A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5EDDC4FD" w14:textId="739BD95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पुराना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काम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नलाग्ने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जिन्सी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सामानहरूको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फर्छ्यौट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CDAFFB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89004B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8DB47EB" w14:textId="77777777" w:rsidR="00D20747" w:rsidRDefault="00D20747" w:rsidP="00D20747"/>
        </w:tc>
      </w:tr>
      <w:tr w:rsidR="00D20747" w14:paraId="6EF50378" w14:textId="77777777" w:rsidTr="006959CF">
        <w:tc>
          <w:tcPr>
            <w:tcW w:w="608" w:type="dxa"/>
          </w:tcPr>
          <w:p w14:paraId="4F226FBA" w14:textId="37F9670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77251A91" w14:textId="66C96FB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हस्तान्तरण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बिक्री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579315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567FDB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A371A34" w14:textId="77777777" w:rsidR="00D20747" w:rsidRDefault="00D20747" w:rsidP="00D20747"/>
        </w:tc>
      </w:tr>
      <w:tr w:rsidR="00D20747" w14:paraId="5438696A" w14:textId="77777777" w:rsidTr="006959CF">
        <w:tc>
          <w:tcPr>
            <w:tcW w:w="608" w:type="dxa"/>
          </w:tcPr>
          <w:p w14:paraId="489316D8" w14:textId="15EB2D5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4DE026DF" w14:textId="53926DD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सफ्टवेयर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डिजिटल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(Intangible Assets)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लाइसेन्स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स्वामित्व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2B402104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63F4E6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E2D202E" w14:textId="77777777" w:rsidR="00D20747" w:rsidRDefault="00D20747" w:rsidP="00D20747"/>
        </w:tc>
      </w:tr>
      <w:tr w:rsidR="002579C9" w14:paraId="7F58E95C" w14:textId="77777777" w:rsidTr="006959CF">
        <w:tc>
          <w:tcPr>
            <w:tcW w:w="15210" w:type="dxa"/>
            <w:gridSpan w:val="8"/>
            <w:shd w:val="clear" w:color="auto" w:fill="1F497D" w:themeFill="text2"/>
          </w:tcPr>
          <w:p w14:paraId="50C3B739" w14:textId="7AE1CBF9" w:rsidR="002579C9" w:rsidRPr="006959CF" w:rsidRDefault="006959CF" w:rsidP="00D20747">
            <w:pPr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९.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कानुनी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नियामकीय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पालना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(Legal and Regulatory Compliance)</w:t>
            </w:r>
          </w:p>
        </w:tc>
      </w:tr>
      <w:tr w:rsidR="00D20747" w14:paraId="74160875" w14:textId="77777777" w:rsidTr="006959CF">
        <w:tc>
          <w:tcPr>
            <w:tcW w:w="608" w:type="dxa"/>
          </w:tcPr>
          <w:p w14:paraId="6D95A9C1" w14:textId="21D29D3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219E3751" w14:textId="2C8B6A8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ऐन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नियमावली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निर्देशनहरूको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DBCEEF9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428AA6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3E85BC9" w14:textId="77777777" w:rsidR="00D20747" w:rsidRDefault="00D20747" w:rsidP="00D20747"/>
        </w:tc>
      </w:tr>
      <w:tr w:rsidR="00D20747" w14:paraId="3F75A3A7" w14:textId="77777777" w:rsidTr="006959CF">
        <w:tc>
          <w:tcPr>
            <w:tcW w:w="608" w:type="dxa"/>
          </w:tcPr>
          <w:p w14:paraId="0C4F5390" w14:textId="3711EDE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5A4573E2" w14:textId="0AAFD863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शुद्धीकरण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निवारण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(AML/CFT)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कार्यान्वयन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संयन्त्र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57B844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E8DCC0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3903CB4" w14:textId="77777777" w:rsidR="00D20747" w:rsidRDefault="00D20747" w:rsidP="00D20747"/>
        </w:tc>
      </w:tr>
      <w:tr w:rsidR="00D20747" w14:paraId="28FAA5DF" w14:textId="77777777" w:rsidTr="006959CF">
        <w:tc>
          <w:tcPr>
            <w:tcW w:w="608" w:type="dxa"/>
          </w:tcPr>
          <w:p w14:paraId="1F140FFB" w14:textId="285660E2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5FB5C4EE" w14:textId="68A6E19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गोएमएल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goAML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आबद्ध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(STR/TTR)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इकाई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(FIU)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बुझाउने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B50D9D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7C2F9B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7C057F1" w14:textId="77777777" w:rsidR="00D20747" w:rsidRDefault="00D20747" w:rsidP="00D20747"/>
        </w:tc>
      </w:tr>
      <w:tr w:rsidR="00D20747" w14:paraId="76AB82C5" w14:textId="77777777" w:rsidTr="006959CF">
        <w:tc>
          <w:tcPr>
            <w:tcW w:w="608" w:type="dxa"/>
          </w:tcPr>
          <w:p w14:paraId="32BA3674" w14:textId="76CBFAD9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2CC7BCD6" w14:textId="27C9514D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सम्पत्ति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शुद्धीकरण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अनुपालन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(Compliance Officer) </w:t>
            </w:r>
            <w:proofErr w:type="spellStart"/>
            <w:r>
              <w:rPr>
                <w:rFonts w:ascii="Kokila" w:hAnsi="Kokila"/>
                <w:color w:val="282828"/>
              </w:rPr>
              <w:t>तो</w:t>
            </w:r>
            <w:proofErr w:type="spellEnd"/>
            <w:r w:rsidRPr="005A5EE4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5A4162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2F31A7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AA9FF14" w14:textId="77777777" w:rsidR="00D20747" w:rsidRDefault="00D20747" w:rsidP="00D20747"/>
        </w:tc>
      </w:tr>
      <w:tr w:rsidR="00D20747" w14:paraId="42A711AF" w14:textId="77777777" w:rsidTr="006959CF">
        <w:tc>
          <w:tcPr>
            <w:tcW w:w="608" w:type="dxa"/>
          </w:tcPr>
          <w:p w14:paraId="2CC4BDF9" w14:textId="1C7CAF25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12B8BD6C" w14:textId="1150AD1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राजस्व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कार्यालयबाट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स्थायी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नम्बर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(PAN) र </w:t>
            </w:r>
            <w:proofErr w:type="spellStart"/>
            <w:r>
              <w:rPr>
                <w:rFonts w:ascii="Kokila" w:hAnsi="Kokila"/>
                <w:color w:val="282828"/>
              </w:rPr>
              <w:t>अग्रिम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(TDS)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447820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654C77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646BBFF" w14:textId="77777777" w:rsidR="00D20747" w:rsidRDefault="00D20747" w:rsidP="00D20747"/>
        </w:tc>
      </w:tr>
      <w:tr w:rsidR="00D20747" w14:paraId="615AECBA" w14:textId="77777777" w:rsidTr="006959CF">
        <w:tc>
          <w:tcPr>
            <w:tcW w:w="608" w:type="dxa"/>
          </w:tcPr>
          <w:p w14:paraId="1E5E3D91" w14:textId="2402C03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206CB919" w14:textId="0BC024B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राजस्व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/TDS </w:t>
            </w:r>
            <w:proofErr w:type="spellStart"/>
            <w:r>
              <w:rPr>
                <w:rFonts w:ascii="Kokila" w:hAnsi="Kokila"/>
                <w:color w:val="282828"/>
              </w:rPr>
              <w:t>दाखिला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चुक्ता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(Tax Clearance Certificate) </w:t>
            </w:r>
            <w:proofErr w:type="spellStart"/>
            <w:r>
              <w:rPr>
                <w:rFonts w:ascii="Kokila" w:hAnsi="Kokila"/>
                <w:color w:val="282828"/>
              </w:rPr>
              <w:t>लिइएको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605AA42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26165F8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4C980B2" w14:textId="77777777" w:rsidR="00D20747" w:rsidRDefault="00D20747" w:rsidP="00D20747"/>
        </w:tc>
      </w:tr>
      <w:tr w:rsidR="00D20747" w14:paraId="007CDEAF" w14:textId="77777777" w:rsidTr="006959CF">
        <w:tc>
          <w:tcPr>
            <w:tcW w:w="608" w:type="dxa"/>
          </w:tcPr>
          <w:p w14:paraId="78388105" w14:textId="77F8BF53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2ABA9AC6" w14:textId="6B93DD94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स्थानीय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तह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प्रदेश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विभाग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सङ्घीय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विभाग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बुझाइएको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3D05E71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7BC3FDF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F6E95FC" w14:textId="77777777" w:rsidR="00D20747" w:rsidRDefault="00D20747" w:rsidP="00D20747"/>
        </w:tc>
      </w:tr>
      <w:tr w:rsidR="00D20747" w14:paraId="41B3528E" w14:textId="77777777" w:rsidTr="006959CF">
        <w:tc>
          <w:tcPr>
            <w:tcW w:w="608" w:type="dxa"/>
          </w:tcPr>
          <w:p w14:paraId="5177960C" w14:textId="125A5B08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73C42638" w14:textId="71476F6C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निकायबाट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निरीक्षण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अनुगमन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सुझावहरू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कार्यान्वयन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46FB322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DC0975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E05DB19" w14:textId="77777777" w:rsidR="00D20747" w:rsidRDefault="00D20747" w:rsidP="00D20747"/>
        </w:tc>
      </w:tr>
      <w:tr w:rsidR="00D20747" w14:paraId="1ECBA103" w14:textId="77777777" w:rsidTr="006959CF">
        <w:tc>
          <w:tcPr>
            <w:tcW w:w="608" w:type="dxa"/>
          </w:tcPr>
          <w:p w14:paraId="1772F0D3" w14:textId="0571BF7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2F8D7CF6" w14:textId="00A4DD8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अन्तर-सहकारी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गैर-सदस्य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प्रतिबन्ध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1FFA69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7A68B54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057CC62F" w14:textId="77777777" w:rsidR="00D20747" w:rsidRDefault="00D20747" w:rsidP="00D20747"/>
        </w:tc>
      </w:tr>
      <w:tr w:rsidR="00D20747" w14:paraId="6EF6D1E3" w14:textId="77777777" w:rsidTr="006959CF">
        <w:tc>
          <w:tcPr>
            <w:tcW w:w="608" w:type="dxa"/>
          </w:tcPr>
          <w:p w14:paraId="04ECC2D1" w14:textId="61C6DD0E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09FA6D6C" w14:textId="0209451B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सहकारीको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सिद्धान्त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(Cooperative Principles)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साधारण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सभा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लोकतान्त्रिक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7448320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4A6759FC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20AEDA3B" w14:textId="77777777" w:rsidR="00D20747" w:rsidRDefault="00D20747" w:rsidP="00D20747"/>
        </w:tc>
      </w:tr>
      <w:tr w:rsidR="00D20747" w14:paraId="0A1298FE" w14:textId="77777777" w:rsidTr="006959CF">
        <w:tc>
          <w:tcPr>
            <w:tcW w:w="608" w:type="dxa"/>
          </w:tcPr>
          <w:p w14:paraId="0DDEE41C" w14:textId="2640467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3AE1B65A" w14:textId="363B94B6" w:rsidR="00D20747" w:rsidRDefault="00D20747" w:rsidP="00D20747">
            <w:pPr>
              <w:jc w:val="both"/>
            </w:pPr>
            <w:r w:rsidRPr="00ED6A77">
              <w:rPr>
                <w:rFonts w:ascii="Kokila" w:hAnsi="Kokila" w:cs="Kokila"/>
                <w:color w:val="282828"/>
                <w:cs/>
                <w:lang w:bidi="hi-IN"/>
              </w:rPr>
              <w:t>नियमनकारी निकायले तोकेको समयसीमाभित्र संस्थाको बाह्य लेखापरीक्षण (</w:t>
            </w:r>
            <w:r w:rsidRPr="00ED6A77">
              <w:rPr>
                <w:rFonts w:ascii="Kokila" w:hAnsi="Kokila" w:cs="Kokila"/>
                <w:color w:val="282828"/>
              </w:rPr>
              <w:t xml:space="preserve">External Audit) </w:t>
            </w:r>
            <w:r w:rsidRPr="00ED6A77">
              <w:rPr>
                <w:rFonts w:ascii="Kokila" w:hAnsi="Kokila" w:cs="Kokila"/>
                <w:color w:val="282828"/>
                <w:cs/>
                <w:lang w:bidi="hi-IN"/>
              </w:rPr>
              <w:t>सम्पन्न गरी अन्तिम प्रतिवेदन सम्बन्धित निकायमा पेस गरिएको छ</w:t>
            </w:r>
            <w:r w:rsidRPr="00ED6A77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01D6CAC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3DEAB0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869B35B" w14:textId="77777777" w:rsidR="00D20747" w:rsidRDefault="00D20747" w:rsidP="00D20747"/>
        </w:tc>
      </w:tr>
      <w:tr w:rsidR="00D20747" w14:paraId="2F84BF82" w14:textId="77777777" w:rsidTr="006959CF">
        <w:tc>
          <w:tcPr>
            <w:tcW w:w="608" w:type="dxa"/>
          </w:tcPr>
          <w:p w14:paraId="06840BF0" w14:textId="0C8C90F7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12CAAA7E" w14:textId="25195705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मुद्दा-मामिला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(Legal Litigation)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अल्झिएको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 छ </w:t>
            </w:r>
            <w:proofErr w:type="spellStart"/>
            <w:r>
              <w:rPr>
                <w:rFonts w:ascii="Kokila" w:hAnsi="Kokila"/>
                <w:color w:val="282828"/>
              </w:rPr>
              <w:t>भने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त्यसको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दायित्व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विश्लेषण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3FB4F03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B12D225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535798C" w14:textId="77777777" w:rsidR="00D20747" w:rsidRDefault="00D20747" w:rsidP="00D20747"/>
        </w:tc>
      </w:tr>
      <w:tr w:rsidR="00D20747" w14:paraId="5E3F189F" w14:textId="77777777" w:rsidTr="006959CF">
        <w:tc>
          <w:tcPr>
            <w:tcW w:w="608" w:type="dxa"/>
          </w:tcPr>
          <w:p w14:paraId="12B3BB4A" w14:textId="70347451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1424D04A" w14:textId="317FD321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श्रम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ऐन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सामाजिक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(SSF)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हकमा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3576885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B5194A7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3EA515B8" w14:textId="77777777" w:rsidR="00D20747" w:rsidRDefault="00D20747" w:rsidP="00D20747"/>
        </w:tc>
      </w:tr>
      <w:tr w:rsidR="00D20747" w14:paraId="37C5EC9C" w14:textId="77777777" w:rsidTr="006959CF">
        <w:tc>
          <w:tcPr>
            <w:tcW w:w="608" w:type="dxa"/>
          </w:tcPr>
          <w:p w14:paraId="35A0715E" w14:textId="0BADCFDD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6729E250" w14:textId="43744B30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दर्ता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प्रमाण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विनियम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संशोधन</w:t>
            </w:r>
            <w:proofErr w:type="spellEnd"/>
            <w:r>
              <w:rPr>
                <w:rFonts w:ascii="Kokila" w:hAnsi="Kokila" w:hint="cs"/>
                <w:color w:val="282828"/>
                <w:cs/>
                <w:lang w:bidi="ne-NP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लगायतका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अद्यावधिक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4CDBF59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2D6AB772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CDA24E2" w14:textId="77777777" w:rsidR="00D20747" w:rsidRDefault="00D20747" w:rsidP="00D20747"/>
        </w:tc>
      </w:tr>
      <w:tr w:rsidR="00D20747" w14:paraId="4D92338A" w14:textId="77777777" w:rsidTr="006959CF">
        <w:tc>
          <w:tcPr>
            <w:tcW w:w="608" w:type="dxa"/>
          </w:tcPr>
          <w:p w14:paraId="3F12F5D6" w14:textId="340BB670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१५</w:t>
            </w:r>
          </w:p>
        </w:tc>
        <w:tc>
          <w:tcPr>
            <w:tcW w:w="4084" w:type="dxa"/>
            <w:gridSpan w:val="2"/>
          </w:tcPr>
          <w:p w14:paraId="556DF26D" w14:textId="7C68E36A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कार्यक्षेत्र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(Jurisdiction) </w:t>
            </w:r>
            <w:proofErr w:type="spellStart"/>
            <w:r>
              <w:rPr>
                <w:rFonts w:ascii="Kokila" w:hAnsi="Kokila"/>
                <w:color w:val="282828"/>
              </w:rPr>
              <w:t>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आफ्नो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5FA17B6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166C925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366E5FE" w14:textId="77777777" w:rsidR="00D20747" w:rsidRDefault="00D20747" w:rsidP="00D20747"/>
        </w:tc>
      </w:tr>
      <w:tr w:rsidR="00D20747" w14:paraId="24EA0D02" w14:textId="77777777" w:rsidTr="006959CF">
        <w:tc>
          <w:tcPr>
            <w:tcW w:w="608" w:type="dxa"/>
          </w:tcPr>
          <w:p w14:paraId="012A9086" w14:textId="26B4B5E6" w:rsidR="00D20747" w:rsidRPr="00CA3D88" w:rsidRDefault="00D20747" w:rsidP="00D20747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१६</w:t>
            </w:r>
          </w:p>
        </w:tc>
        <w:tc>
          <w:tcPr>
            <w:tcW w:w="4084" w:type="dxa"/>
            <w:gridSpan w:val="2"/>
          </w:tcPr>
          <w:p w14:paraId="58F70F63" w14:textId="471CE70F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भन्दा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बढी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गैरकानुनी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ब्याज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शुल्क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जरिवाना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कारबाहीको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निम्त्याएको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916375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455B28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6659FA73" w14:textId="77777777" w:rsidR="00D20747" w:rsidRDefault="00D20747" w:rsidP="00D20747"/>
        </w:tc>
      </w:tr>
      <w:tr w:rsidR="00D20747" w14:paraId="7C27FFFE" w14:textId="77777777" w:rsidTr="006959CF">
        <w:tc>
          <w:tcPr>
            <w:tcW w:w="608" w:type="dxa"/>
          </w:tcPr>
          <w:p w14:paraId="4201C989" w14:textId="4B63DD0D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१७</w:t>
            </w:r>
          </w:p>
        </w:tc>
        <w:tc>
          <w:tcPr>
            <w:tcW w:w="4084" w:type="dxa"/>
            <w:gridSpan w:val="2"/>
          </w:tcPr>
          <w:p w14:paraId="599D755E" w14:textId="269C2B89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विनियमहरू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प्रचलित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राष्ट्रिय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ऐन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कानुनसँग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बाझिएका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8AC86DF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5DBEC5D1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796393BF" w14:textId="77777777" w:rsidR="00D20747" w:rsidRDefault="00D20747" w:rsidP="00D20747"/>
        </w:tc>
      </w:tr>
      <w:tr w:rsidR="00D20747" w14:paraId="53D8E29F" w14:textId="77777777" w:rsidTr="006959CF">
        <w:tc>
          <w:tcPr>
            <w:tcW w:w="608" w:type="dxa"/>
          </w:tcPr>
          <w:p w14:paraId="2594ABFC" w14:textId="725D1CFF" w:rsidR="00D20747" w:rsidRPr="00CA3D88" w:rsidRDefault="00D20747" w:rsidP="00D20747">
            <w:pPr>
              <w:jc w:val="both"/>
              <w:rPr>
                <w:rFonts w:ascii="Kokila" w:hAnsi="Kokila" w:cs="Kokila"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१८</w:t>
            </w:r>
          </w:p>
        </w:tc>
        <w:tc>
          <w:tcPr>
            <w:tcW w:w="4084" w:type="dxa"/>
            <w:gridSpan w:val="2"/>
          </w:tcPr>
          <w:p w14:paraId="5396AE00" w14:textId="01BC8E52" w:rsidR="00D20747" w:rsidRDefault="00D20747" w:rsidP="00D20747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आफ्नो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कारोबार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विवरणहरू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ढाँचा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(COOPOMIS)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प्रविष्ट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69E0C77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0851229A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116E69AE" w14:textId="77777777" w:rsidR="00D20747" w:rsidRDefault="00D20747" w:rsidP="00D20747"/>
        </w:tc>
      </w:tr>
      <w:tr w:rsidR="00D20747" w14:paraId="384B1E21" w14:textId="77777777" w:rsidTr="006959CF">
        <w:tc>
          <w:tcPr>
            <w:tcW w:w="608" w:type="dxa"/>
          </w:tcPr>
          <w:p w14:paraId="40B0DDFE" w14:textId="0FF2BA36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१९</w:t>
            </w:r>
          </w:p>
        </w:tc>
        <w:tc>
          <w:tcPr>
            <w:tcW w:w="4084" w:type="dxa"/>
            <w:gridSpan w:val="2"/>
          </w:tcPr>
          <w:p w14:paraId="5C413D4D" w14:textId="2AFA599D" w:rsidR="00D20747" w:rsidRPr="00ED6A77" w:rsidRDefault="00D20747" w:rsidP="00D20747">
            <w:pPr>
              <w:jc w:val="both"/>
              <w:rPr>
                <w:rFonts w:ascii="Kokila" w:hAnsi="Kokila" w:cs="Kokila"/>
                <w:color w:val="282828"/>
              </w:rPr>
            </w:pPr>
            <w:r w:rsidRPr="00ED6A77">
              <w:rPr>
                <w:rFonts w:ascii="Kokila" w:hAnsi="Kokila" w:cs="Kokila"/>
                <w:color w:val="282828"/>
                <w:cs/>
                <w:lang w:bidi="hi-IN"/>
              </w:rPr>
              <w:t>संस्थाले सदस्यहरूको व्यक्तिगत तथ्याङ्क तथा वित्तीय विवरणको सुरक्षा (</w:t>
            </w:r>
            <w:r w:rsidRPr="00ED6A77">
              <w:rPr>
                <w:rFonts w:ascii="Kokila" w:hAnsi="Kokila" w:cs="Kokila"/>
                <w:color w:val="282828"/>
              </w:rPr>
              <w:t xml:space="preserve">Data Privacy and Protection) </w:t>
            </w:r>
            <w:r w:rsidRPr="00ED6A77">
              <w:rPr>
                <w:rFonts w:ascii="Kokila" w:hAnsi="Kokila" w:cs="Kokila"/>
                <w:color w:val="282828"/>
                <w:cs/>
                <w:lang w:bidi="hi-IN"/>
              </w:rPr>
              <w:t>सम्बन्धी कानुनी व्यवस्थाको पालना गरेको छ</w:t>
            </w:r>
            <w:r w:rsidRPr="00ED6A77">
              <w:rPr>
                <w:rFonts w:ascii="Kokila" w:hAnsi="Kokila" w:cs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4DD99F9E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30CD58C6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5CB21E8E" w14:textId="77777777" w:rsidR="00D20747" w:rsidRDefault="00D20747" w:rsidP="00D20747"/>
        </w:tc>
      </w:tr>
      <w:tr w:rsidR="00D20747" w14:paraId="5EFDA807" w14:textId="77777777" w:rsidTr="006959CF">
        <w:tc>
          <w:tcPr>
            <w:tcW w:w="608" w:type="dxa"/>
          </w:tcPr>
          <w:p w14:paraId="2272F7FF" w14:textId="6DDE68C7" w:rsidR="00D2074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२०</w:t>
            </w:r>
          </w:p>
        </w:tc>
        <w:tc>
          <w:tcPr>
            <w:tcW w:w="4084" w:type="dxa"/>
            <w:gridSpan w:val="2"/>
          </w:tcPr>
          <w:p w14:paraId="2FA0AE7B" w14:textId="53628BD3" w:rsidR="00D20747" w:rsidRPr="00ED6A77" w:rsidRDefault="00D20747" w:rsidP="00D20747">
            <w:pPr>
              <w:jc w:val="both"/>
              <w:rPr>
                <w:rFonts w:ascii="Kokila" w:hAnsi="Kokila" w:cs="Kokila"/>
                <w:color w:val="282828"/>
                <w:cs/>
                <w:lang w:bidi="ne-NP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आन्तरिक लेखा परिक्षकले दिएको सुझाव तथा सल्लाहहरुलाई संचालक समितिले कार्यान्यनमा ल्याएको छ ?</w:t>
            </w:r>
          </w:p>
        </w:tc>
        <w:tc>
          <w:tcPr>
            <w:tcW w:w="448" w:type="dxa"/>
          </w:tcPr>
          <w:p w14:paraId="42526B0B" w14:textId="77777777" w:rsidR="00D20747" w:rsidRDefault="00D20747" w:rsidP="00D20747">
            <w:pPr>
              <w:jc w:val="center"/>
            </w:pPr>
          </w:p>
        </w:tc>
        <w:tc>
          <w:tcPr>
            <w:tcW w:w="452" w:type="dxa"/>
          </w:tcPr>
          <w:p w14:paraId="6EE14DF9" w14:textId="77777777" w:rsidR="00D20747" w:rsidRDefault="00D20747" w:rsidP="00D20747">
            <w:pPr>
              <w:jc w:val="center"/>
            </w:pPr>
          </w:p>
        </w:tc>
        <w:tc>
          <w:tcPr>
            <w:tcW w:w="9618" w:type="dxa"/>
            <w:gridSpan w:val="3"/>
          </w:tcPr>
          <w:p w14:paraId="4B92EF93" w14:textId="77777777" w:rsidR="00D20747" w:rsidRDefault="00D20747" w:rsidP="00D20747"/>
        </w:tc>
      </w:tr>
      <w:tr w:rsidR="006959CF" w14:paraId="0781FA09" w14:textId="77777777" w:rsidTr="006959CF">
        <w:tc>
          <w:tcPr>
            <w:tcW w:w="15210" w:type="dxa"/>
            <w:gridSpan w:val="8"/>
            <w:shd w:val="clear" w:color="auto" w:fill="1F497D" w:themeFill="text2"/>
          </w:tcPr>
          <w:p w14:paraId="616F57A3" w14:textId="55F5E2FC" w:rsidR="006959CF" w:rsidRPr="006959CF" w:rsidRDefault="006959CF" w:rsidP="006959CF">
            <w:pPr>
              <w:rPr>
                <w:b/>
                <w:bCs/>
              </w:rPr>
            </w:pPr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१०.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आन्तरिक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नियन्त्रण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जोखिम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व्यवस्थापन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(Internal Control and Risk Management)</w:t>
            </w:r>
          </w:p>
        </w:tc>
      </w:tr>
      <w:tr w:rsidR="006959CF" w14:paraId="4352F0E3" w14:textId="77777777" w:rsidTr="006959CF">
        <w:tc>
          <w:tcPr>
            <w:tcW w:w="608" w:type="dxa"/>
          </w:tcPr>
          <w:p w14:paraId="64896D80" w14:textId="3837D6F9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073ABDD1" w14:textId="2D04C498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विभाजन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(Segregation of Duties) </w:t>
            </w:r>
            <w:proofErr w:type="spellStart"/>
            <w:r>
              <w:rPr>
                <w:rFonts w:ascii="Kokila" w:hAnsi="Kokila"/>
                <w:color w:val="282828"/>
              </w:rPr>
              <w:t>सिद्धान्त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390A721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F68A3A3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33E97D0" w14:textId="77777777" w:rsidR="006959CF" w:rsidRDefault="006959CF" w:rsidP="006959CF"/>
        </w:tc>
      </w:tr>
      <w:tr w:rsidR="006959CF" w14:paraId="2209BA3F" w14:textId="77777777" w:rsidTr="006959CF">
        <w:tc>
          <w:tcPr>
            <w:tcW w:w="608" w:type="dxa"/>
          </w:tcPr>
          <w:p w14:paraId="5FF004B6" w14:textId="76932F92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15F1A890" w14:textId="581F4BBA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प्रशासनिक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स्पष्ट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अधिकार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प्रत्यायोजन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तालिका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(Delegation of Authority) </w:t>
            </w:r>
            <w:proofErr w:type="spellStart"/>
            <w:r>
              <w:rPr>
                <w:rFonts w:ascii="Kokila" w:hAnsi="Kokila"/>
                <w:color w:val="282828"/>
              </w:rPr>
              <w:t>स्वीकृत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2DC6C1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D2C592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4CFD0731" w14:textId="77777777" w:rsidR="006959CF" w:rsidRDefault="006959CF" w:rsidP="006959CF"/>
        </w:tc>
      </w:tr>
      <w:tr w:rsidR="006959CF" w14:paraId="72BB5CFB" w14:textId="77777777" w:rsidTr="006959CF">
        <w:tc>
          <w:tcPr>
            <w:tcW w:w="608" w:type="dxa"/>
          </w:tcPr>
          <w:p w14:paraId="72BC0E08" w14:textId="76205AA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3373418B" w14:textId="0870786B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मुख्य-मुख्य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तरलता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पहिचान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विश्लेषण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7A6360E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6E7498A4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3E80EAC5" w14:textId="77777777" w:rsidR="006959CF" w:rsidRDefault="006959CF" w:rsidP="006959CF"/>
        </w:tc>
      </w:tr>
      <w:tr w:rsidR="006959CF" w14:paraId="2ACE1468" w14:textId="77777777" w:rsidTr="006959CF">
        <w:tc>
          <w:tcPr>
            <w:tcW w:w="608" w:type="dxa"/>
          </w:tcPr>
          <w:p w14:paraId="7313CA41" w14:textId="5F76F17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5943182C" w14:textId="19D0EBD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प्रयोगकर्ताहरूको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पासवर्ड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निश्चित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अवधि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उदा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. ३०/९० </w:t>
            </w:r>
            <w:proofErr w:type="spellStart"/>
            <w:r>
              <w:rPr>
                <w:rFonts w:ascii="Kokila" w:hAnsi="Kokila"/>
                <w:color w:val="282828"/>
              </w:rPr>
              <w:t>दिन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अनिवार्य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परिवर्तन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E0333D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BE983FE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BC4DFE4" w14:textId="77777777" w:rsidR="006959CF" w:rsidRDefault="006959CF" w:rsidP="006959CF"/>
        </w:tc>
      </w:tr>
      <w:tr w:rsidR="006959CF" w14:paraId="021D685E" w14:textId="77777777" w:rsidTr="006959CF">
        <w:tc>
          <w:tcPr>
            <w:tcW w:w="608" w:type="dxa"/>
          </w:tcPr>
          <w:p w14:paraId="3EF1A6CF" w14:textId="3773F4A4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5799228C" w14:textId="39B1BAC7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कार्यालय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परिसरमा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सीसीटीभी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(CCTV) </w:t>
            </w:r>
            <w:proofErr w:type="spellStart"/>
            <w:r>
              <w:rPr>
                <w:rFonts w:ascii="Kokila" w:hAnsi="Kokila"/>
                <w:color w:val="282828"/>
              </w:rPr>
              <w:t>क्यामेरा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फुटेज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8CF3C69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14D630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3BCB5234" w14:textId="77777777" w:rsidR="006959CF" w:rsidRDefault="006959CF" w:rsidP="006959CF"/>
        </w:tc>
      </w:tr>
      <w:tr w:rsidR="006959CF" w14:paraId="021AAB33" w14:textId="77777777" w:rsidTr="006959CF">
        <w:tc>
          <w:tcPr>
            <w:tcW w:w="608" w:type="dxa"/>
          </w:tcPr>
          <w:p w14:paraId="3D398410" w14:textId="3562DAF1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628C3035" w14:textId="66BC66B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भवन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सेफ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भौतिक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संरचनाको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अग्नि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(Fire Extinguisher/Safety)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प्रबन्ध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7223C4B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76FD752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31902650" w14:textId="77777777" w:rsidR="006959CF" w:rsidRDefault="006959CF" w:rsidP="006959CF"/>
        </w:tc>
      </w:tr>
      <w:tr w:rsidR="006959CF" w14:paraId="5C7612A9" w14:textId="77777777" w:rsidTr="006959CF">
        <w:tc>
          <w:tcPr>
            <w:tcW w:w="608" w:type="dxa"/>
          </w:tcPr>
          <w:p w14:paraId="6DEC6D97" w14:textId="4CB42C4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223537F6" w14:textId="3B7B78BB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कार्यस्थलमा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सम्भावित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दुर्घटना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EB0A6D1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9FC8096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33F3F8E" w14:textId="77777777" w:rsidR="006959CF" w:rsidRDefault="006959CF" w:rsidP="006959CF"/>
        </w:tc>
      </w:tr>
      <w:tr w:rsidR="006959CF" w14:paraId="13C02FAE" w14:textId="77777777" w:rsidTr="006959CF">
        <w:tc>
          <w:tcPr>
            <w:tcW w:w="608" w:type="dxa"/>
          </w:tcPr>
          <w:p w14:paraId="38B6C2C6" w14:textId="7DBE7518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565AF68D" w14:textId="334E8AA5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सूचनाको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गोपनीयता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(Data Privacy)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AB16A24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341EF01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6165A6E3" w14:textId="77777777" w:rsidR="006959CF" w:rsidRDefault="006959CF" w:rsidP="006959CF"/>
        </w:tc>
      </w:tr>
      <w:tr w:rsidR="006959CF" w14:paraId="1D21477F" w14:textId="77777777" w:rsidTr="006959CF">
        <w:tc>
          <w:tcPr>
            <w:tcW w:w="608" w:type="dxa"/>
          </w:tcPr>
          <w:p w14:paraId="4EF1D830" w14:textId="07E34DC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2EFF8932" w14:textId="43C2A74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(Operational Risk) </w:t>
            </w:r>
            <w:proofErr w:type="spellStart"/>
            <w:r>
              <w:rPr>
                <w:rFonts w:ascii="Kokila" w:hAnsi="Kokila"/>
                <w:color w:val="282828"/>
              </w:rPr>
              <w:t>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मुख्य-मुख्य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Standard Operating Procedures (SOPs)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1C3F2240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D11B7F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CC282D1" w14:textId="77777777" w:rsidR="006959CF" w:rsidRDefault="006959CF" w:rsidP="006959CF"/>
        </w:tc>
      </w:tr>
      <w:tr w:rsidR="006959CF" w14:paraId="5D581D8C" w14:textId="77777777" w:rsidTr="006959CF">
        <w:tc>
          <w:tcPr>
            <w:tcW w:w="608" w:type="dxa"/>
          </w:tcPr>
          <w:p w14:paraId="20C09620" w14:textId="59DCF880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174C0BF0" w14:textId="5B765CB5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क्रममा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फेला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परेका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गम्भीर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गल्तीहरू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तुरुन्तै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समाधान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संयन्त्र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B72C68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D365EA3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8D9F9FB" w14:textId="77777777" w:rsidR="006959CF" w:rsidRDefault="006959CF" w:rsidP="006959CF"/>
        </w:tc>
      </w:tr>
      <w:tr w:rsidR="006959CF" w14:paraId="6FC23245" w14:textId="77777777" w:rsidTr="006959CF">
        <w:tc>
          <w:tcPr>
            <w:tcW w:w="608" w:type="dxa"/>
          </w:tcPr>
          <w:p w14:paraId="18727E5F" w14:textId="71F64A97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7B66B54F" w14:textId="6A879C8D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सफ्टवेयरमा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फाइल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(System Log / Audit Trail)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रहन्छ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सोको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जाँच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E469DBF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661E8093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B2684D1" w14:textId="77777777" w:rsidR="006959CF" w:rsidRDefault="006959CF" w:rsidP="006959CF"/>
        </w:tc>
      </w:tr>
      <w:tr w:rsidR="006959CF" w14:paraId="67305F65" w14:textId="77777777" w:rsidTr="006959CF">
        <w:tc>
          <w:tcPr>
            <w:tcW w:w="608" w:type="dxa"/>
          </w:tcPr>
          <w:p w14:paraId="080F73EF" w14:textId="46A93F9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53DF5CD5" w14:textId="463AE76C" w:rsidR="006959CF" w:rsidRDefault="006959CF" w:rsidP="006959CF">
            <w:pPr>
              <w:jc w:val="both"/>
            </w:pPr>
            <w:r>
              <w:rPr>
                <w:rFonts w:ascii="Kokila" w:hAnsi="Kokila"/>
                <w:color w:val="282828"/>
              </w:rPr>
              <w:t>key-person risk (</w:t>
            </w:r>
            <w:proofErr w:type="spellStart"/>
            <w:r>
              <w:rPr>
                <w:rFonts w:ascii="Kokila" w:hAnsi="Kokila"/>
                <w:color w:val="282828"/>
              </w:rPr>
              <w:t>एकै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व्यक्तिमा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अत्यधिक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निर्भरता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दोस्रो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तहको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जनशक्ति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(Succession Planning) </w:t>
            </w:r>
            <w:proofErr w:type="spellStart"/>
            <w:r>
              <w:rPr>
                <w:rFonts w:ascii="Kokila" w:hAnsi="Kokila"/>
                <w:color w:val="282828"/>
              </w:rPr>
              <w:t>तयार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AF93C6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68E4FC0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48119FE8" w14:textId="77777777" w:rsidR="006959CF" w:rsidRDefault="006959CF" w:rsidP="006959CF"/>
        </w:tc>
      </w:tr>
      <w:tr w:rsidR="006959CF" w14:paraId="06F82CB9" w14:textId="77777777" w:rsidTr="006959CF">
        <w:tc>
          <w:tcPr>
            <w:tcW w:w="608" w:type="dxa"/>
          </w:tcPr>
          <w:p w14:paraId="45C896E8" w14:textId="426E5443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lastRenderedPageBreak/>
              <w:t>१३</w:t>
            </w:r>
          </w:p>
        </w:tc>
        <w:tc>
          <w:tcPr>
            <w:tcW w:w="4084" w:type="dxa"/>
            <w:gridSpan w:val="2"/>
          </w:tcPr>
          <w:p w14:paraId="3B522DBB" w14:textId="3D8E50A5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ह्वीसल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ब्लोइङ</w:t>
            </w:r>
            <w:proofErr w:type="spellEnd"/>
            <w:r>
              <w:rPr>
                <w:rFonts w:ascii="Kokila" w:hAnsi="Kokila"/>
                <w:color w:val="282828"/>
              </w:rPr>
              <w:t xml:space="preserve"> (Whistleblowing Policy)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गलत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सूचना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AB1248A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8D3B885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8B370B9" w14:textId="77777777" w:rsidR="006959CF" w:rsidRDefault="006959CF" w:rsidP="006959CF"/>
        </w:tc>
      </w:tr>
      <w:tr w:rsidR="006959CF" w14:paraId="24AC3DE1" w14:textId="77777777" w:rsidTr="006959CF">
        <w:tc>
          <w:tcPr>
            <w:tcW w:w="608" w:type="dxa"/>
          </w:tcPr>
          <w:p w14:paraId="79D85B91" w14:textId="1E037F5D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7C3DC9E0" w14:textId="1FC0D4BB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तरलता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व्यवस्थापनका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तयारी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रणनीति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69768E7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4450B7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132607C" w14:textId="77777777" w:rsidR="006959CF" w:rsidRDefault="006959CF" w:rsidP="006959CF"/>
        </w:tc>
      </w:tr>
      <w:tr w:rsidR="006959CF" w14:paraId="53460C38" w14:textId="77777777" w:rsidTr="006959CF">
        <w:tc>
          <w:tcPr>
            <w:tcW w:w="608" w:type="dxa"/>
          </w:tcPr>
          <w:p w14:paraId="7ECEA97D" w14:textId="50A850C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4EE815C1" w14:textId="77777777" w:rsidR="006959CF" w:rsidRDefault="006959CF" w:rsidP="006959CF">
            <w:pPr>
              <w:jc w:val="both"/>
              <w:rPr>
                <w:rFonts w:ascii="Kokila" w:hAnsi="Kokila"/>
                <w:color w:val="282828"/>
              </w:rPr>
            </w:pP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प्रभावकारिताका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बारेमा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समीक्षा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पेस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  <w:p w14:paraId="59492EEC" w14:textId="7BDDB017" w:rsidR="006959CF" w:rsidRDefault="006959CF" w:rsidP="006959CF">
            <w:pPr>
              <w:jc w:val="both"/>
            </w:pPr>
          </w:p>
        </w:tc>
        <w:tc>
          <w:tcPr>
            <w:tcW w:w="448" w:type="dxa"/>
          </w:tcPr>
          <w:p w14:paraId="679A0027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A04D201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3E069C3" w14:textId="77777777" w:rsidR="006959CF" w:rsidRDefault="006959CF" w:rsidP="006959CF"/>
        </w:tc>
      </w:tr>
      <w:tr w:rsidR="006959CF" w14:paraId="5036C067" w14:textId="77777777" w:rsidTr="006959CF">
        <w:tc>
          <w:tcPr>
            <w:tcW w:w="15210" w:type="dxa"/>
            <w:gridSpan w:val="8"/>
            <w:shd w:val="clear" w:color="auto" w:fill="1F497D" w:themeFill="text2"/>
          </w:tcPr>
          <w:p w14:paraId="4DD06EC8" w14:textId="0919ABF4" w:rsidR="006959CF" w:rsidRPr="006959CF" w:rsidRDefault="006959CF" w:rsidP="006959CF">
            <w:pPr>
              <w:rPr>
                <w:b/>
                <w:bCs/>
              </w:rPr>
            </w:pPr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११.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बेरुजु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,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सुधार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अनुगमन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(Unsettled Accounts, Remedial Action, and Monitoring)</w:t>
            </w:r>
          </w:p>
        </w:tc>
      </w:tr>
      <w:tr w:rsidR="006959CF" w14:paraId="360E3161" w14:textId="77777777" w:rsidTr="006959CF">
        <w:tc>
          <w:tcPr>
            <w:tcW w:w="608" w:type="dxa"/>
          </w:tcPr>
          <w:p w14:paraId="65908C64" w14:textId="5E94E1D4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१</w:t>
            </w:r>
          </w:p>
        </w:tc>
        <w:tc>
          <w:tcPr>
            <w:tcW w:w="4084" w:type="dxa"/>
            <w:gridSpan w:val="2"/>
          </w:tcPr>
          <w:p w14:paraId="7566D3BB" w14:textId="19974146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विगतका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बाह्य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प्रतिवेदनहरूमा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उठाइएका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(Audit Observations) </w:t>
            </w:r>
            <w:proofErr w:type="spellStart"/>
            <w:r>
              <w:rPr>
                <w:rFonts w:ascii="Kokila" w:hAnsi="Kokila"/>
                <w:color w:val="282828"/>
              </w:rPr>
              <w:t>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राखिएको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4D5B35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54E7ECE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3C0C9E6" w14:textId="77777777" w:rsidR="006959CF" w:rsidRDefault="006959CF" w:rsidP="006959CF"/>
        </w:tc>
      </w:tr>
      <w:tr w:rsidR="006959CF" w14:paraId="439F5F15" w14:textId="77777777" w:rsidTr="006959CF">
        <w:tc>
          <w:tcPr>
            <w:tcW w:w="608" w:type="dxa"/>
          </w:tcPr>
          <w:p w14:paraId="59893240" w14:textId="28DDEF72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7F599D2F" w14:textId="25B7833E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विगतका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औँल्याइएका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गर्नुपर्ने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BF00F68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38BE206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2668F96" w14:textId="77777777" w:rsidR="006959CF" w:rsidRDefault="006959CF" w:rsidP="006959CF"/>
        </w:tc>
      </w:tr>
      <w:tr w:rsidR="006959CF" w14:paraId="38801D19" w14:textId="77777777" w:rsidTr="006959CF">
        <w:tc>
          <w:tcPr>
            <w:tcW w:w="608" w:type="dxa"/>
          </w:tcPr>
          <w:p w14:paraId="540F908E" w14:textId="21EB656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74296EF3" w14:textId="0E6511D4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गर्नुपर्ने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समयभित्र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नियमित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4925889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2D5B6E24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27A4A45" w14:textId="77777777" w:rsidR="006959CF" w:rsidRDefault="006959CF" w:rsidP="006959CF"/>
        </w:tc>
      </w:tr>
      <w:tr w:rsidR="006959CF" w14:paraId="7E9B300D" w14:textId="77777777" w:rsidTr="006959CF">
        <w:tc>
          <w:tcPr>
            <w:tcW w:w="608" w:type="dxa"/>
          </w:tcPr>
          <w:p w14:paraId="25E90E5E" w14:textId="09FC209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78D8EE28" w14:textId="1D362B1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सुपरिवेक्षण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फर्छ्यौटको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ता</w:t>
            </w:r>
            <w:proofErr w:type="spellEnd"/>
            <w:r w:rsidRPr="002027FD">
              <w:rPr>
                <w:rFonts w:ascii="Kokila" w:hAnsi="Kokila" w:cs="Kokila"/>
                <w:color w:val="282828"/>
                <w:cs/>
                <w:lang w:bidi="ne-NP"/>
              </w:rPr>
              <w:t>के</w:t>
            </w:r>
            <w:proofErr w:type="spellStart"/>
            <w:r>
              <w:rPr>
                <w:rFonts w:ascii="Kokila" w:hAnsi="Kokila"/>
                <w:color w:val="282828"/>
              </w:rPr>
              <w:t>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निर्देशन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53575B5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EF1804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53F75E8" w14:textId="77777777" w:rsidR="006959CF" w:rsidRDefault="006959CF" w:rsidP="006959CF"/>
        </w:tc>
      </w:tr>
      <w:tr w:rsidR="006959CF" w14:paraId="5D1DFAD1" w14:textId="77777777" w:rsidTr="006959CF">
        <w:tc>
          <w:tcPr>
            <w:tcW w:w="608" w:type="dxa"/>
          </w:tcPr>
          <w:p w14:paraId="11E9EBEB" w14:textId="0C10FFB0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560C41E7" w14:textId="2D342A1A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विगतका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परीक्षकहरूले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सुझाव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(Management Letter / Key Audit Matters) </w:t>
            </w:r>
            <w:proofErr w:type="spellStart"/>
            <w:r>
              <w:rPr>
                <w:rFonts w:ascii="Kokila" w:hAnsi="Kokila"/>
                <w:color w:val="282828"/>
              </w:rPr>
              <w:t>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रूपमा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कार्यान्वयन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2F492937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24BEE4D8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1319BABF" w14:textId="77777777" w:rsidR="006959CF" w:rsidRDefault="006959CF" w:rsidP="006959CF"/>
        </w:tc>
      </w:tr>
      <w:tr w:rsidR="006959CF" w14:paraId="73751100" w14:textId="77777777" w:rsidTr="006959CF">
        <w:tc>
          <w:tcPr>
            <w:tcW w:w="608" w:type="dxa"/>
          </w:tcPr>
          <w:p w14:paraId="622BFE10" w14:textId="0E7C1280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4CBE995B" w14:textId="6663B63F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कर्मचारी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नाममा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लामो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समयदेखि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बाँकी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पेस्की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70E2754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507913E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6F42DF15" w14:textId="77777777" w:rsidR="006959CF" w:rsidRDefault="006959CF" w:rsidP="006959CF"/>
        </w:tc>
      </w:tr>
      <w:tr w:rsidR="006959CF" w14:paraId="0E494EC4" w14:textId="77777777" w:rsidTr="006959CF">
        <w:tc>
          <w:tcPr>
            <w:tcW w:w="608" w:type="dxa"/>
          </w:tcPr>
          <w:p w14:paraId="6D1A2E40" w14:textId="15FB745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206D33D4" w14:textId="3EA45710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अनुगमन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टोली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नियामक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निकाय</w:t>
            </w:r>
            <w:proofErr w:type="spellEnd"/>
            <w:r>
              <w:rPr>
                <w:rFonts w:ascii="Kokila" w:hAnsi="Kokila"/>
                <w:color w:val="282828"/>
              </w:rPr>
              <w:t>/</w:t>
            </w:r>
            <w:proofErr w:type="spellStart"/>
            <w:r>
              <w:rPr>
                <w:rFonts w:ascii="Kokila" w:hAnsi="Kokila"/>
                <w:color w:val="282828"/>
              </w:rPr>
              <w:t>सङ्घ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निर्देशनहरूको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86A191F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9526A37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4A6CE69" w14:textId="77777777" w:rsidR="006959CF" w:rsidRDefault="006959CF" w:rsidP="006959CF"/>
        </w:tc>
      </w:tr>
      <w:tr w:rsidR="006959CF" w14:paraId="2E675D12" w14:textId="77777777" w:rsidTr="006959CF">
        <w:tc>
          <w:tcPr>
            <w:tcW w:w="608" w:type="dxa"/>
          </w:tcPr>
          <w:p w14:paraId="2D5F66A8" w14:textId="4EFEB1A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3FF21060" w14:textId="732B4D84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गम्भीर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प्रकृतिका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अनियमितता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हिनामिना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घटनामा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अनुशासनको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कारबाही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446B0871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92FC186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10A979E" w14:textId="77777777" w:rsidR="006959CF" w:rsidRDefault="006959CF" w:rsidP="006959CF"/>
        </w:tc>
      </w:tr>
      <w:tr w:rsidR="006959CF" w14:paraId="14922772" w14:textId="77777777" w:rsidTr="006959CF">
        <w:tc>
          <w:tcPr>
            <w:tcW w:w="608" w:type="dxa"/>
          </w:tcPr>
          <w:p w14:paraId="4E6A38C1" w14:textId="2FDD9E8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5C102D50" w14:textId="2A4A9B7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बेरुजु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दोहोरिन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नदिनका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सुधार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नयाँ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उपायहरू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3A730C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7008010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CDC255D" w14:textId="77777777" w:rsidR="006959CF" w:rsidRDefault="006959CF" w:rsidP="006959CF"/>
        </w:tc>
      </w:tr>
      <w:tr w:rsidR="006959CF" w14:paraId="0C815764" w14:textId="77777777" w:rsidTr="006959CF">
        <w:tc>
          <w:tcPr>
            <w:tcW w:w="608" w:type="dxa"/>
          </w:tcPr>
          <w:p w14:paraId="45FFFEE7" w14:textId="0B0A7655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08E2D07E" w14:textId="53205A10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परीक्षकको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प्रतिवेदनमाथि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विस्तृत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छलफल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पुस्तिकामा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निर्णय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उल्लेख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0652CD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44752CD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E1CA8B7" w14:textId="77777777" w:rsidR="006959CF" w:rsidRDefault="006959CF" w:rsidP="006959CF"/>
        </w:tc>
      </w:tr>
      <w:tr w:rsidR="006959CF" w14:paraId="0D1FA3D5" w14:textId="77777777" w:rsidTr="006959CF">
        <w:tc>
          <w:tcPr>
            <w:tcW w:w="608" w:type="dxa"/>
          </w:tcPr>
          <w:p w14:paraId="590241D0" w14:textId="2761155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46A3A207" w14:textId="1B1EA91A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हिनामिना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रकम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असुल-उपर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अपलेखन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अपनाइएको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E8BBBBD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21AE094B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97F20F2" w14:textId="77777777" w:rsidR="006959CF" w:rsidRDefault="006959CF" w:rsidP="006959CF"/>
        </w:tc>
      </w:tr>
      <w:tr w:rsidR="006959CF" w14:paraId="0F6995EC" w14:textId="77777777" w:rsidTr="006959CF">
        <w:tc>
          <w:tcPr>
            <w:tcW w:w="608" w:type="dxa"/>
          </w:tcPr>
          <w:p w14:paraId="11DCD389" w14:textId="07072AC1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5FABE83D" w14:textId="0249FD07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सदस्यहरूसँग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बेरुजुहरू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प्राथमिकताका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साथ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फर्छ्यौट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0F95236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7D3CA97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4552AAA7" w14:textId="77777777" w:rsidR="006959CF" w:rsidRDefault="006959CF" w:rsidP="006959CF"/>
        </w:tc>
      </w:tr>
      <w:tr w:rsidR="006959CF" w14:paraId="077724FE" w14:textId="77777777" w:rsidTr="006959CF">
        <w:tc>
          <w:tcPr>
            <w:tcW w:w="608" w:type="dxa"/>
          </w:tcPr>
          <w:p w14:paraId="60A93CA0" w14:textId="4C69E4E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5787A150" w14:textId="6B7C99F5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क्रममा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देखिएका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नीतिगत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अस्पष्टताहरूलाई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विनियम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संशोधन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मार्फत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समाधान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9445614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DA6F2D7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41196CFE" w14:textId="77777777" w:rsidR="006959CF" w:rsidRDefault="006959CF" w:rsidP="006959CF"/>
        </w:tc>
      </w:tr>
      <w:tr w:rsidR="006959CF" w14:paraId="1B2F76C3" w14:textId="77777777" w:rsidTr="006959CF">
        <w:tc>
          <w:tcPr>
            <w:tcW w:w="608" w:type="dxa"/>
          </w:tcPr>
          <w:p w14:paraId="2E5A15C8" w14:textId="6D514C2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510273F2" w14:textId="262B307D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सुधार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विषयहरूको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प्रभावकारिताको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: </w:t>
            </w:r>
            <w:proofErr w:type="spellStart"/>
            <w:r>
              <w:rPr>
                <w:rFonts w:ascii="Kokila" w:hAnsi="Kokila"/>
                <w:color w:val="282828"/>
              </w:rPr>
              <w:t>अनुगमन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(Follow-up Audit) </w:t>
            </w:r>
            <w:proofErr w:type="spellStart"/>
            <w:r>
              <w:rPr>
                <w:rFonts w:ascii="Kokila" w:hAnsi="Kokila"/>
                <w:color w:val="282828"/>
              </w:rPr>
              <w:t>गरिन्छ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6626E008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7C6D79EE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EF1BEBE" w14:textId="77777777" w:rsidR="006959CF" w:rsidRDefault="006959CF" w:rsidP="006959CF"/>
        </w:tc>
      </w:tr>
      <w:tr w:rsidR="006959CF" w14:paraId="78DFF942" w14:textId="77777777" w:rsidTr="006959CF">
        <w:tc>
          <w:tcPr>
            <w:tcW w:w="608" w:type="dxa"/>
          </w:tcPr>
          <w:p w14:paraId="1ED10CA3" w14:textId="684E2033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54DE7DE3" w14:textId="61EFE5C7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प्रणालीगत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सुधारका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लागि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परीक्षकका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सिफारिसहरू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उपयोगी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सिद्ध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69061E7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C08BF1A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ED3A7FA" w14:textId="77777777" w:rsidR="006959CF" w:rsidRDefault="006959CF" w:rsidP="006959CF"/>
        </w:tc>
      </w:tr>
      <w:tr w:rsidR="006959CF" w14:paraId="1AD0B351" w14:textId="77777777" w:rsidTr="006959CF">
        <w:tc>
          <w:tcPr>
            <w:tcW w:w="15210" w:type="dxa"/>
            <w:gridSpan w:val="8"/>
            <w:shd w:val="clear" w:color="auto" w:fill="1F497D" w:themeFill="text2"/>
          </w:tcPr>
          <w:p w14:paraId="04CF2BD1" w14:textId="7FA900EB" w:rsidR="006959CF" w:rsidRPr="006959CF" w:rsidRDefault="006959CF" w:rsidP="006959CF">
            <w:pPr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</w:pPr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१२.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समग्र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निष्कर्ष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तथा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proofErr w:type="spellStart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>सिफारिस</w:t>
            </w:r>
            <w:proofErr w:type="spellEnd"/>
            <w:r w:rsidRPr="006959CF">
              <w:rPr>
                <w:rFonts w:ascii="Kokila" w:hAnsi="Kokila" w:cs="Kokila"/>
                <w:b/>
                <w:bCs/>
                <w:color w:val="FFFFFF" w:themeColor="background1"/>
                <w:sz w:val="26"/>
                <w:szCs w:val="26"/>
              </w:rPr>
              <w:t xml:space="preserve"> (Overall Conclusion and Recommendations)</w:t>
            </w:r>
          </w:p>
        </w:tc>
      </w:tr>
      <w:tr w:rsidR="006959CF" w14:paraId="267AF942" w14:textId="77777777" w:rsidTr="006959CF">
        <w:tc>
          <w:tcPr>
            <w:tcW w:w="608" w:type="dxa"/>
          </w:tcPr>
          <w:p w14:paraId="74A4A99A" w14:textId="0955128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lastRenderedPageBreak/>
              <w:t>१</w:t>
            </w:r>
          </w:p>
        </w:tc>
        <w:tc>
          <w:tcPr>
            <w:tcW w:w="4084" w:type="dxa"/>
            <w:gridSpan w:val="2"/>
          </w:tcPr>
          <w:p w14:paraId="6C0B60B8" w14:textId="6A86DA56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समग्र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(Capital Adequacy, Solvency, Liquidity) </w:t>
            </w:r>
            <w:proofErr w:type="spellStart"/>
            <w:r>
              <w:rPr>
                <w:rFonts w:ascii="Kokila" w:hAnsi="Kokila"/>
                <w:color w:val="282828"/>
              </w:rPr>
              <w:t>सबल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B8A62B7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6F9C14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3BF0F886" w14:textId="77777777" w:rsidR="006959CF" w:rsidRDefault="006959CF" w:rsidP="006959CF"/>
        </w:tc>
      </w:tr>
      <w:tr w:rsidR="006959CF" w14:paraId="22B44051" w14:textId="77777777" w:rsidTr="006959CF">
        <w:tc>
          <w:tcPr>
            <w:tcW w:w="608" w:type="dxa"/>
          </w:tcPr>
          <w:p w14:paraId="56B924E1" w14:textId="041A059F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 w:rsidRPr="00CA3D88">
              <w:rPr>
                <w:rFonts w:ascii="Kokila" w:hAnsi="Kokila" w:cs="Kokila"/>
                <w:color w:val="282828"/>
                <w:cs/>
                <w:lang w:bidi="ne-NP"/>
              </w:rPr>
              <w:t>२</w:t>
            </w:r>
          </w:p>
        </w:tc>
        <w:tc>
          <w:tcPr>
            <w:tcW w:w="4084" w:type="dxa"/>
            <w:gridSpan w:val="2"/>
          </w:tcPr>
          <w:p w14:paraId="17C8A5A8" w14:textId="2474E34E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PEARLS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मुख्य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अनुपातहरू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(Ratios) </w:t>
            </w:r>
            <w:proofErr w:type="spellStart"/>
            <w:r>
              <w:rPr>
                <w:rFonts w:ascii="Kokila" w:hAnsi="Kokila"/>
                <w:color w:val="282828"/>
              </w:rPr>
              <w:t>मापदण्ड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अनुकूल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0787D050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04F3BF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8E2DFE6" w14:textId="77777777" w:rsidR="006959CF" w:rsidRDefault="006959CF" w:rsidP="006959CF"/>
        </w:tc>
      </w:tr>
      <w:tr w:rsidR="006959CF" w14:paraId="2A7E14AC" w14:textId="77777777" w:rsidTr="006959CF">
        <w:tc>
          <w:tcPr>
            <w:tcW w:w="608" w:type="dxa"/>
          </w:tcPr>
          <w:p w14:paraId="78141B05" w14:textId="09ACAE8E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३</w:t>
            </w:r>
          </w:p>
        </w:tc>
        <w:tc>
          <w:tcPr>
            <w:tcW w:w="4084" w:type="dxa"/>
            <w:gridSpan w:val="2"/>
          </w:tcPr>
          <w:p w14:paraId="365D867A" w14:textId="5A2B4E54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नियन्त्रण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प्रणाली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(Internal Control) </w:t>
            </w:r>
            <w:proofErr w:type="spellStart"/>
            <w:r>
              <w:rPr>
                <w:rFonts w:ascii="Kokila" w:hAnsi="Kokila"/>
                <w:color w:val="282828"/>
              </w:rPr>
              <w:t>प्रभावकारी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भरपर्दो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CFCD34F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4A434122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120D7CEC" w14:textId="77777777" w:rsidR="006959CF" w:rsidRDefault="006959CF" w:rsidP="006959CF"/>
        </w:tc>
      </w:tr>
      <w:tr w:rsidR="006959CF" w14:paraId="15513B9B" w14:textId="77777777" w:rsidTr="006959CF">
        <w:tc>
          <w:tcPr>
            <w:tcW w:w="608" w:type="dxa"/>
          </w:tcPr>
          <w:p w14:paraId="41EBC108" w14:textId="69AB395C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४</w:t>
            </w:r>
          </w:p>
        </w:tc>
        <w:tc>
          <w:tcPr>
            <w:tcW w:w="4084" w:type="dxa"/>
            <w:gridSpan w:val="2"/>
          </w:tcPr>
          <w:p w14:paraId="0C5932BD" w14:textId="31EA3315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सुशासन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पारदर्शी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संस्कृतिको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पालना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सन्तोषजनक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4FC468A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6D2AF9B7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2FB030EA" w14:textId="77777777" w:rsidR="006959CF" w:rsidRDefault="006959CF" w:rsidP="006959CF"/>
        </w:tc>
      </w:tr>
      <w:tr w:rsidR="006959CF" w14:paraId="7A29BF0D" w14:textId="77777777" w:rsidTr="006959CF">
        <w:tc>
          <w:tcPr>
            <w:tcW w:w="608" w:type="dxa"/>
          </w:tcPr>
          <w:p w14:paraId="68685E6E" w14:textId="53CAA25A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५</w:t>
            </w:r>
          </w:p>
        </w:tc>
        <w:tc>
          <w:tcPr>
            <w:tcW w:w="4084" w:type="dxa"/>
            <w:gridSpan w:val="2"/>
          </w:tcPr>
          <w:p w14:paraId="06FB99DA" w14:textId="253D98FC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भावी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स्थायित्व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(Financial Sustainability)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दृष्टिकोणले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संस्था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देखिन्छ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7D49E548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6EDF7FD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C8AF6C4" w14:textId="77777777" w:rsidR="006959CF" w:rsidRDefault="006959CF" w:rsidP="006959CF"/>
        </w:tc>
      </w:tr>
      <w:tr w:rsidR="006959CF" w14:paraId="4C19363E" w14:textId="77777777" w:rsidTr="006959CF">
        <w:tc>
          <w:tcPr>
            <w:tcW w:w="608" w:type="dxa"/>
          </w:tcPr>
          <w:p w14:paraId="4962CF76" w14:textId="1CA89AC6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६</w:t>
            </w:r>
          </w:p>
        </w:tc>
        <w:tc>
          <w:tcPr>
            <w:tcW w:w="4084" w:type="dxa"/>
            <w:gridSpan w:val="2"/>
          </w:tcPr>
          <w:p w14:paraId="6EBDB5A2" w14:textId="22B5E977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व्यवसाय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वृद्धिदर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बचत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सङ्ख्या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सन्तुलित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दिगो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7EEE0AE6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0D250DEC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E458556" w14:textId="77777777" w:rsidR="006959CF" w:rsidRDefault="006959CF" w:rsidP="006959CF"/>
        </w:tc>
      </w:tr>
      <w:tr w:rsidR="006959CF" w14:paraId="6C022DAC" w14:textId="77777777" w:rsidTr="006959CF">
        <w:tc>
          <w:tcPr>
            <w:tcW w:w="608" w:type="dxa"/>
          </w:tcPr>
          <w:p w14:paraId="7E42C80E" w14:textId="25E13B1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७</w:t>
            </w:r>
          </w:p>
        </w:tc>
        <w:tc>
          <w:tcPr>
            <w:tcW w:w="4084" w:type="dxa"/>
            <w:gridSpan w:val="2"/>
          </w:tcPr>
          <w:p w14:paraId="6301B1A0" w14:textId="679DACFE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आईटी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डिजिटल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सेवाहरू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(</w:t>
            </w:r>
            <w:proofErr w:type="spellStart"/>
            <w:r>
              <w:rPr>
                <w:rFonts w:ascii="Kokila" w:hAnsi="Kokila"/>
                <w:color w:val="282828"/>
              </w:rPr>
              <w:t>सफ्तवेयर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, </w:t>
            </w:r>
            <w:proofErr w:type="spellStart"/>
            <w:r>
              <w:rPr>
                <w:rFonts w:ascii="Kokila" w:hAnsi="Kokila"/>
                <w:color w:val="282828"/>
              </w:rPr>
              <w:t>मोबाइल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बैंकिङ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आदि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) </w:t>
            </w:r>
            <w:proofErr w:type="spellStart"/>
            <w:r>
              <w:rPr>
                <w:rFonts w:ascii="Kokila" w:hAnsi="Kokila"/>
                <w:color w:val="282828"/>
              </w:rPr>
              <w:t>सुरक्षित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प्रभावकारी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30840B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7EA83E91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510AE7A" w14:textId="77777777" w:rsidR="006959CF" w:rsidRDefault="006959CF" w:rsidP="006959CF"/>
        </w:tc>
      </w:tr>
      <w:tr w:rsidR="006959CF" w14:paraId="1D845347" w14:textId="77777777" w:rsidTr="006959CF">
        <w:tc>
          <w:tcPr>
            <w:tcW w:w="608" w:type="dxa"/>
          </w:tcPr>
          <w:p w14:paraId="2A9F17E5" w14:textId="7D4B7A5F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८</w:t>
            </w:r>
          </w:p>
        </w:tc>
        <w:tc>
          <w:tcPr>
            <w:tcW w:w="4084" w:type="dxa"/>
            <w:gridSpan w:val="2"/>
          </w:tcPr>
          <w:p w14:paraId="34648223" w14:textId="5750ED62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सञ्चालक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समिति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व्यवस्थापन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बिचको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सम्बन्ध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समन्वय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राम्रो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EE1394E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71602ED7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4A7340C" w14:textId="77777777" w:rsidR="006959CF" w:rsidRDefault="006959CF" w:rsidP="006959CF"/>
        </w:tc>
      </w:tr>
      <w:tr w:rsidR="006959CF" w14:paraId="05131FF5" w14:textId="77777777" w:rsidTr="006959CF">
        <w:tc>
          <w:tcPr>
            <w:tcW w:w="608" w:type="dxa"/>
          </w:tcPr>
          <w:p w14:paraId="787B96FE" w14:textId="1C38EC07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९</w:t>
            </w:r>
          </w:p>
        </w:tc>
        <w:tc>
          <w:tcPr>
            <w:tcW w:w="4084" w:type="dxa"/>
            <w:gridSpan w:val="2"/>
          </w:tcPr>
          <w:p w14:paraId="385C8410" w14:textId="56AFA420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कर्जा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वित्तीय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घाटाको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सम्भावना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उच्च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504321F8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3A7AFDDD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4422C602" w14:textId="77777777" w:rsidR="006959CF" w:rsidRDefault="006959CF" w:rsidP="006959CF"/>
        </w:tc>
      </w:tr>
      <w:tr w:rsidR="006959CF" w14:paraId="3AA8489D" w14:textId="77777777" w:rsidTr="006959CF">
        <w:tc>
          <w:tcPr>
            <w:tcW w:w="608" w:type="dxa"/>
          </w:tcPr>
          <w:p w14:paraId="49BDBCB1" w14:textId="3C1AC1C2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१०</w:t>
            </w:r>
          </w:p>
        </w:tc>
        <w:tc>
          <w:tcPr>
            <w:tcW w:w="4084" w:type="dxa"/>
            <w:gridSpan w:val="2"/>
          </w:tcPr>
          <w:p w14:paraId="0EFC9F1B" w14:textId="2B3847C7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कानुनी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नियामकीय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कारबाही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(Regulatory Fines/Penalties) </w:t>
            </w:r>
            <w:proofErr w:type="spellStart"/>
            <w:r>
              <w:rPr>
                <w:rFonts w:ascii="Kokila" w:hAnsi="Kokila"/>
                <w:color w:val="282828"/>
              </w:rPr>
              <w:t>भोग्नुपर्ने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जोखिम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C70894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544E502A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7B0CF1E1" w14:textId="77777777" w:rsidR="006959CF" w:rsidRDefault="006959CF" w:rsidP="006959CF"/>
        </w:tc>
      </w:tr>
      <w:tr w:rsidR="006959CF" w14:paraId="06844D69" w14:textId="77777777" w:rsidTr="006959CF">
        <w:tc>
          <w:tcPr>
            <w:tcW w:w="608" w:type="dxa"/>
          </w:tcPr>
          <w:p w14:paraId="64F67CE2" w14:textId="202B3902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११</w:t>
            </w:r>
          </w:p>
        </w:tc>
        <w:tc>
          <w:tcPr>
            <w:tcW w:w="4084" w:type="dxa"/>
            <w:gridSpan w:val="2"/>
          </w:tcPr>
          <w:p w14:paraId="5F21DFBD" w14:textId="0119C903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सेवा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प्रवाह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सदस्य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सन्तुष्टि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स्तर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सन्तोषजनक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3191363E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2ADAC78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A735B5A" w14:textId="77777777" w:rsidR="006959CF" w:rsidRDefault="006959CF" w:rsidP="006959CF"/>
        </w:tc>
      </w:tr>
      <w:tr w:rsidR="006959CF" w14:paraId="1082E7D0" w14:textId="77777777" w:rsidTr="006959CF">
        <w:tc>
          <w:tcPr>
            <w:tcW w:w="608" w:type="dxa"/>
          </w:tcPr>
          <w:p w14:paraId="1C9A7416" w14:textId="12A0D1B9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१२</w:t>
            </w:r>
          </w:p>
        </w:tc>
        <w:tc>
          <w:tcPr>
            <w:tcW w:w="4084" w:type="dxa"/>
            <w:gridSpan w:val="2"/>
          </w:tcPr>
          <w:p w14:paraId="6C6439A5" w14:textId="5541318F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भोलि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उत्पन्न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हुन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सक्ने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सङ्कप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सामना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गर्न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पर्याप्त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जगेडा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तथा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अन्य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कोषहरू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उपलब्ध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5C045DFC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2E966DE1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9E064AB" w14:textId="77777777" w:rsidR="006959CF" w:rsidRDefault="006959CF" w:rsidP="006959CF"/>
        </w:tc>
      </w:tr>
      <w:tr w:rsidR="006959CF" w14:paraId="1EA65743" w14:textId="77777777" w:rsidTr="006959CF">
        <w:tc>
          <w:tcPr>
            <w:tcW w:w="608" w:type="dxa"/>
          </w:tcPr>
          <w:p w14:paraId="0903DB6D" w14:textId="45B99A5B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१३</w:t>
            </w:r>
          </w:p>
        </w:tc>
        <w:tc>
          <w:tcPr>
            <w:tcW w:w="4084" w:type="dxa"/>
            <w:gridSpan w:val="2"/>
          </w:tcPr>
          <w:p w14:paraId="7405954C" w14:textId="41172101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आन्तरिक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क्रममा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कुनै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गम्भीर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धोकाधडी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वा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हिनामिना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(Fraud) </w:t>
            </w:r>
            <w:proofErr w:type="spellStart"/>
            <w:r>
              <w:rPr>
                <w:rFonts w:ascii="Kokila" w:hAnsi="Kokila"/>
                <w:color w:val="282828"/>
              </w:rPr>
              <w:t>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सङ्केत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फेला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परेको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153D875D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747EACE9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65FC6472" w14:textId="77777777" w:rsidR="006959CF" w:rsidRDefault="006959CF" w:rsidP="006959CF"/>
        </w:tc>
      </w:tr>
      <w:tr w:rsidR="006959CF" w14:paraId="7F2E1B34" w14:textId="77777777" w:rsidTr="006959CF">
        <w:tc>
          <w:tcPr>
            <w:tcW w:w="608" w:type="dxa"/>
          </w:tcPr>
          <w:p w14:paraId="6E6E63C1" w14:textId="0AD67F6F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१४</w:t>
            </w:r>
          </w:p>
        </w:tc>
        <w:tc>
          <w:tcPr>
            <w:tcW w:w="4084" w:type="dxa"/>
            <w:gridSpan w:val="2"/>
          </w:tcPr>
          <w:p w14:paraId="1BF5C8B8" w14:textId="2F59F171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संस्थाको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रणनीतिक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योजना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(Strategic Plan) </w:t>
            </w:r>
            <w:proofErr w:type="spellStart"/>
            <w:r>
              <w:rPr>
                <w:rFonts w:ascii="Kokila" w:hAnsi="Kokila"/>
                <w:color w:val="282828"/>
              </w:rPr>
              <w:t>अनुसार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तोकिएका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लक्ष्यहरू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हासिल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भएका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छन्</w:t>
            </w:r>
            <w:proofErr w:type="spellEnd"/>
            <w:r>
              <w:rPr>
                <w:rFonts w:ascii="Kokila" w:hAnsi="Kokila"/>
                <w:color w:val="282828"/>
              </w:rPr>
              <w:t>?</w:t>
            </w:r>
          </w:p>
        </w:tc>
        <w:tc>
          <w:tcPr>
            <w:tcW w:w="448" w:type="dxa"/>
          </w:tcPr>
          <w:p w14:paraId="3F21FA0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1580FD4A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5C1DD2D5" w14:textId="77777777" w:rsidR="006959CF" w:rsidRDefault="006959CF" w:rsidP="006959CF"/>
        </w:tc>
      </w:tr>
      <w:tr w:rsidR="006959CF" w14:paraId="0E024E83" w14:textId="77777777" w:rsidTr="006959CF">
        <w:tc>
          <w:tcPr>
            <w:tcW w:w="608" w:type="dxa"/>
          </w:tcPr>
          <w:p w14:paraId="26D69453" w14:textId="61E36EC2" w:rsidR="006959CF" w:rsidRPr="00CA3D88" w:rsidRDefault="006959CF" w:rsidP="006959CF">
            <w:pPr>
              <w:jc w:val="both"/>
              <w:rPr>
                <w:rFonts w:ascii="Kokila" w:hAnsi="Kokila" w:cs="Kokila"/>
              </w:rPr>
            </w:pPr>
            <w:r>
              <w:rPr>
                <w:rFonts w:ascii="Kokila" w:hAnsi="Kokila" w:cs="Kokila" w:hint="cs"/>
                <w:color w:val="282828"/>
                <w:cs/>
                <w:lang w:bidi="ne-NP"/>
              </w:rPr>
              <w:t>१५</w:t>
            </w:r>
          </w:p>
        </w:tc>
        <w:tc>
          <w:tcPr>
            <w:tcW w:w="4084" w:type="dxa"/>
            <w:gridSpan w:val="2"/>
          </w:tcPr>
          <w:p w14:paraId="11050680" w14:textId="289039DE" w:rsidR="006959CF" w:rsidRDefault="006959CF" w:rsidP="006959CF">
            <w:pPr>
              <w:jc w:val="both"/>
            </w:pPr>
            <w:proofErr w:type="spellStart"/>
            <w:r>
              <w:rPr>
                <w:rFonts w:ascii="Kokila" w:hAnsi="Kokila"/>
                <w:color w:val="282828"/>
              </w:rPr>
              <w:t>व्यवस्थापनले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लेखा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परीक्षण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प्रक्रियामा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पूर्ण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सहयोग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र </w:t>
            </w:r>
            <w:proofErr w:type="spellStart"/>
            <w:r>
              <w:rPr>
                <w:rFonts w:ascii="Kokila" w:hAnsi="Kokila"/>
                <w:color w:val="282828"/>
              </w:rPr>
              <w:t>आवश्यक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कागजात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उपलब्ध</w:t>
            </w:r>
            <w:proofErr w:type="spellEnd"/>
            <w:r>
              <w:rPr>
                <w:rFonts w:ascii="Kokila" w:hAnsi="Kokila"/>
                <w:color w:val="282828"/>
              </w:rPr>
              <w:t xml:space="preserve"> </w:t>
            </w:r>
            <w:proofErr w:type="spellStart"/>
            <w:r>
              <w:rPr>
                <w:rFonts w:ascii="Kokila" w:hAnsi="Kokila"/>
                <w:color w:val="282828"/>
              </w:rPr>
              <w:t>गराएको</w:t>
            </w:r>
            <w:proofErr w:type="spellEnd"/>
            <w:r>
              <w:rPr>
                <w:rFonts w:ascii="Kokila" w:hAnsi="Kokila"/>
                <w:color w:val="282828"/>
              </w:rPr>
              <w:t xml:space="preserve"> छ?</w:t>
            </w:r>
          </w:p>
        </w:tc>
        <w:tc>
          <w:tcPr>
            <w:tcW w:w="448" w:type="dxa"/>
          </w:tcPr>
          <w:p w14:paraId="08D727E2" w14:textId="77777777" w:rsidR="006959CF" w:rsidRDefault="006959CF" w:rsidP="006959CF">
            <w:pPr>
              <w:jc w:val="center"/>
            </w:pPr>
          </w:p>
        </w:tc>
        <w:tc>
          <w:tcPr>
            <w:tcW w:w="452" w:type="dxa"/>
          </w:tcPr>
          <w:p w14:paraId="4121B23D" w14:textId="77777777" w:rsidR="006959CF" w:rsidRDefault="006959CF" w:rsidP="006959CF">
            <w:pPr>
              <w:jc w:val="center"/>
            </w:pPr>
          </w:p>
        </w:tc>
        <w:tc>
          <w:tcPr>
            <w:tcW w:w="9618" w:type="dxa"/>
            <w:gridSpan w:val="3"/>
          </w:tcPr>
          <w:p w14:paraId="0601CC2B" w14:textId="77777777" w:rsidR="006959CF" w:rsidRDefault="006959CF" w:rsidP="006959CF"/>
        </w:tc>
      </w:tr>
    </w:tbl>
    <w:p w14:paraId="71A4AA25" w14:textId="77777777" w:rsidR="00280A9F" w:rsidRPr="00C21BB4" w:rsidRDefault="00280A9F" w:rsidP="00280A9F">
      <w:pPr>
        <w:pStyle w:val="NoSpacing"/>
        <w:jc w:val="center"/>
        <w:rPr>
          <w:rFonts w:ascii="Kokila" w:hAnsi="Kokila" w:cs="Kokila"/>
          <w:b/>
          <w:color w:val="1F497D" w:themeColor="text2"/>
          <w:sz w:val="20"/>
          <w:szCs w:val="20"/>
          <w:u w:val="single"/>
          <w:lang w:bidi="ne-NP"/>
        </w:rPr>
      </w:pPr>
    </w:p>
    <w:p w14:paraId="57012B36" w14:textId="0030F7F2" w:rsidR="00CA71E0" w:rsidRDefault="00280A9F" w:rsidP="00280A9F">
      <w:pPr>
        <w:pStyle w:val="NoSpacing"/>
        <w:jc w:val="center"/>
        <w:rPr>
          <w:rFonts w:ascii="Kokila" w:hAnsi="Kokila" w:cs="Kokila"/>
          <w:b/>
          <w:color w:val="1F497D" w:themeColor="text2"/>
          <w:sz w:val="48"/>
          <w:szCs w:val="48"/>
          <w:u w:val="single"/>
          <w:lang w:bidi="ne-NP"/>
        </w:rPr>
      </w:pPr>
      <w:proofErr w:type="spellStart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>पर्ल्स</w:t>
      </w:r>
      <w:proofErr w:type="spellEnd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 xml:space="preserve"> (PEARLS) </w:t>
      </w:r>
      <w:proofErr w:type="spellStart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>विश्लेषण</w:t>
      </w:r>
      <w:proofErr w:type="spellEnd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 xml:space="preserve"> </w:t>
      </w:r>
      <w:proofErr w:type="spellStart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>प्रतिवेदन</w:t>
      </w:r>
      <w:proofErr w:type="spellEnd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 xml:space="preserve"> - </w:t>
      </w:r>
      <w:proofErr w:type="spellStart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>एकीकृत</w:t>
      </w:r>
      <w:proofErr w:type="spellEnd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 xml:space="preserve"> </w:t>
      </w:r>
      <w:proofErr w:type="spellStart"/>
      <w:r w:rsidRPr="00280A9F">
        <w:rPr>
          <w:rFonts w:ascii="Kokila" w:hAnsi="Kokila" w:cs="Kokila"/>
          <w:b/>
          <w:color w:val="1F497D" w:themeColor="text2"/>
          <w:sz w:val="48"/>
          <w:szCs w:val="48"/>
          <w:u w:val="single"/>
        </w:rPr>
        <w:t>तालिका</w:t>
      </w:r>
      <w:proofErr w:type="spellEnd"/>
    </w:p>
    <w:p w14:paraId="6A333446" w14:textId="77777777" w:rsidR="00280A9F" w:rsidRPr="00280A9F" w:rsidRDefault="00280A9F" w:rsidP="00280A9F">
      <w:pPr>
        <w:pStyle w:val="NoSpacing"/>
        <w:jc w:val="center"/>
        <w:rPr>
          <w:rFonts w:ascii="Kokila" w:hAnsi="Kokila" w:cs="Kokila"/>
          <w:b/>
          <w:color w:val="1F497D" w:themeColor="text2"/>
          <w:sz w:val="14"/>
          <w:szCs w:val="14"/>
          <w:u w:val="single"/>
          <w:lang w:bidi="ne-NP"/>
        </w:rPr>
      </w:pPr>
    </w:p>
    <w:tbl>
      <w:tblPr>
        <w:tblStyle w:val="TableGrid"/>
        <w:tblW w:w="1557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720"/>
        <w:gridCol w:w="4500"/>
        <w:gridCol w:w="5670"/>
        <w:gridCol w:w="1710"/>
        <w:gridCol w:w="1710"/>
        <w:gridCol w:w="1260"/>
      </w:tblGrid>
      <w:tr w:rsidR="00CA71E0" w:rsidRPr="00A4738C" w14:paraId="5F5A1CA5" w14:textId="77777777" w:rsidTr="007914CC">
        <w:tc>
          <w:tcPr>
            <w:tcW w:w="720" w:type="dxa"/>
            <w:shd w:val="clear" w:color="auto" w:fill="1F497D" w:themeFill="text2"/>
          </w:tcPr>
          <w:p w14:paraId="19845BF9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सूचक</w:t>
            </w:r>
            <w:proofErr w:type="spellEnd"/>
          </w:p>
        </w:tc>
        <w:tc>
          <w:tcPr>
            <w:tcW w:w="4500" w:type="dxa"/>
            <w:shd w:val="clear" w:color="auto" w:fill="1F497D" w:themeFill="text2"/>
          </w:tcPr>
          <w:p w14:paraId="05C92359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लक्ष्य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/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क्षेत्र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(Objective)</w:t>
            </w:r>
          </w:p>
        </w:tc>
        <w:tc>
          <w:tcPr>
            <w:tcW w:w="5670" w:type="dxa"/>
            <w:shd w:val="clear" w:color="auto" w:fill="1F497D" w:themeFill="text2"/>
          </w:tcPr>
          <w:p w14:paraId="105DB02D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सूत्र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(Formula)</w:t>
            </w:r>
          </w:p>
        </w:tc>
        <w:tc>
          <w:tcPr>
            <w:tcW w:w="1710" w:type="dxa"/>
            <w:shd w:val="clear" w:color="auto" w:fill="1F497D" w:themeFill="text2"/>
          </w:tcPr>
          <w:p w14:paraId="753C7394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मापदण्ड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(%)</w:t>
            </w:r>
          </w:p>
        </w:tc>
        <w:tc>
          <w:tcPr>
            <w:tcW w:w="1710" w:type="dxa"/>
            <w:shd w:val="clear" w:color="auto" w:fill="1F497D" w:themeFill="text2"/>
          </w:tcPr>
          <w:p w14:paraId="2B2AEEAD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वास्तविक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(%)</w:t>
            </w:r>
          </w:p>
        </w:tc>
        <w:tc>
          <w:tcPr>
            <w:tcW w:w="1260" w:type="dxa"/>
            <w:shd w:val="clear" w:color="auto" w:fill="1F497D" w:themeFill="text2"/>
          </w:tcPr>
          <w:p w14:paraId="29132AB5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उपलब्धि</w:t>
            </w:r>
            <w:proofErr w:type="spellEnd"/>
          </w:p>
        </w:tc>
      </w:tr>
      <w:tr w:rsidR="00CA71E0" w:rsidRPr="00A4738C" w14:paraId="587BBA5F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1F09DD4E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P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संरक्षण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(PROTECTION)</w:t>
            </w:r>
          </w:p>
        </w:tc>
      </w:tr>
      <w:tr w:rsidR="00CA71E0" w:rsidRPr="00A4738C" w14:paraId="107ECD8E" w14:textId="77777777" w:rsidTr="007914CC">
        <w:tc>
          <w:tcPr>
            <w:tcW w:w="720" w:type="dxa"/>
          </w:tcPr>
          <w:p w14:paraId="1DA9C1D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P</w:t>
            </w:r>
          </w:p>
        </w:tc>
        <w:tc>
          <w:tcPr>
            <w:tcW w:w="4500" w:type="dxa"/>
          </w:tcPr>
          <w:p w14:paraId="147DAA6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राम्रो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(Good Loans)</w:t>
            </w:r>
          </w:p>
        </w:tc>
        <w:tc>
          <w:tcPr>
            <w:tcW w:w="5670" w:type="dxa"/>
          </w:tcPr>
          <w:p w14:paraId="33FED05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राम्रो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लागि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नोक्सानी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व्यवस्था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राम्रो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518C5A4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१%</w:t>
            </w:r>
          </w:p>
        </w:tc>
        <w:tc>
          <w:tcPr>
            <w:tcW w:w="1710" w:type="dxa"/>
          </w:tcPr>
          <w:p w14:paraId="1070FFA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5A0BC48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06B8C5D6" w14:textId="77777777" w:rsidTr="007914CC">
        <w:tc>
          <w:tcPr>
            <w:tcW w:w="720" w:type="dxa"/>
          </w:tcPr>
          <w:p w14:paraId="6BA06CA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P2</w:t>
            </w:r>
          </w:p>
        </w:tc>
        <w:tc>
          <w:tcPr>
            <w:tcW w:w="4500" w:type="dxa"/>
          </w:tcPr>
          <w:p w14:paraId="0474C84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सूक्ष्म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निगरानी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(Dutiful Loans)</w:t>
            </w:r>
          </w:p>
        </w:tc>
        <w:tc>
          <w:tcPr>
            <w:tcW w:w="5670" w:type="dxa"/>
          </w:tcPr>
          <w:p w14:paraId="0F348A5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१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देखि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१२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महिनासम्म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लागि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नोक्सानी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व्यवस्था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१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देखि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१२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महिना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6DABDBB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३५%</w:t>
            </w:r>
          </w:p>
        </w:tc>
        <w:tc>
          <w:tcPr>
            <w:tcW w:w="1710" w:type="dxa"/>
          </w:tcPr>
          <w:p w14:paraId="7518A01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4CC3985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7A617E43" w14:textId="77777777" w:rsidTr="007914CC">
        <w:tc>
          <w:tcPr>
            <w:tcW w:w="720" w:type="dxa"/>
          </w:tcPr>
          <w:p w14:paraId="798A4FF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P1</w:t>
            </w:r>
          </w:p>
        </w:tc>
        <w:tc>
          <w:tcPr>
            <w:tcW w:w="4500" w:type="dxa"/>
          </w:tcPr>
          <w:p w14:paraId="4A2BDEC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खराब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(Bad Loans)</w:t>
            </w:r>
          </w:p>
        </w:tc>
        <w:tc>
          <w:tcPr>
            <w:tcW w:w="5670" w:type="dxa"/>
          </w:tcPr>
          <w:p w14:paraId="100D41F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१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वर्षभन्दा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बढी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लागि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नोक्सानी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व्यवस्था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१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वर्षभन्दा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बढी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67A989B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१००%</w:t>
            </w:r>
          </w:p>
        </w:tc>
        <w:tc>
          <w:tcPr>
            <w:tcW w:w="1710" w:type="dxa"/>
          </w:tcPr>
          <w:p w14:paraId="6E15D0A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55F385D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34144DE8" w14:textId="77777777" w:rsidTr="007914CC">
        <w:tc>
          <w:tcPr>
            <w:tcW w:w="720" w:type="dxa"/>
          </w:tcPr>
          <w:p w14:paraId="0935BA4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lastRenderedPageBreak/>
              <w:t>P6</w:t>
            </w:r>
          </w:p>
        </w:tc>
        <w:tc>
          <w:tcPr>
            <w:tcW w:w="4500" w:type="dxa"/>
          </w:tcPr>
          <w:p w14:paraId="6D387CB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भुक्तानी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क्षमता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सोल्भेन्सी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(Solvency)</w:t>
            </w:r>
          </w:p>
        </w:tc>
        <w:tc>
          <w:tcPr>
            <w:tcW w:w="5670" w:type="dxa"/>
          </w:tcPr>
          <w:p w14:paraId="2B15CF3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मूल्य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,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बाह्य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7EBBAE0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१११%</w:t>
            </w:r>
          </w:p>
        </w:tc>
        <w:tc>
          <w:tcPr>
            <w:tcW w:w="1710" w:type="dxa"/>
          </w:tcPr>
          <w:p w14:paraId="011000B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5DF8FD2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61A0E62A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09FD9DF1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E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प्रभावकारी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वित्तीय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संरचना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(EFFECTIVE FINANCIAL STRUCTURE)</w:t>
            </w:r>
          </w:p>
        </w:tc>
      </w:tr>
      <w:tr w:rsidR="00CA71E0" w:rsidRPr="00A4738C" w14:paraId="28767DE5" w14:textId="77777777" w:rsidTr="007914CC">
        <w:tc>
          <w:tcPr>
            <w:tcW w:w="720" w:type="dxa"/>
          </w:tcPr>
          <w:p w14:paraId="74AABB4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E1</w:t>
            </w:r>
          </w:p>
        </w:tc>
        <w:tc>
          <w:tcPr>
            <w:tcW w:w="4500" w:type="dxa"/>
          </w:tcPr>
          <w:p w14:paraId="54DEE9A8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लगानी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(Net Loan Portfolio)</w:t>
            </w:r>
          </w:p>
        </w:tc>
        <w:tc>
          <w:tcPr>
            <w:tcW w:w="5670" w:type="dxa"/>
          </w:tcPr>
          <w:p w14:paraId="06B6B6A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बक्यौता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-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नोक्सानी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कोष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2A8A491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७०-८०%</w:t>
            </w:r>
          </w:p>
        </w:tc>
        <w:tc>
          <w:tcPr>
            <w:tcW w:w="1710" w:type="dxa"/>
          </w:tcPr>
          <w:p w14:paraId="1621B23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25BEEC28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33950545" w14:textId="77777777" w:rsidTr="007914CC">
        <w:tc>
          <w:tcPr>
            <w:tcW w:w="720" w:type="dxa"/>
          </w:tcPr>
          <w:p w14:paraId="64C878F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E5</w:t>
            </w:r>
          </w:p>
        </w:tc>
        <w:tc>
          <w:tcPr>
            <w:tcW w:w="4500" w:type="dxa"/>
          </w:tcPr>
          <w:p w14:paraId="79D6174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अंश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(Savings on Total Asset)</w:t>
            </w:r>
          </w:p>
        </w:tc>
        <w:tc>
          <w:tcPr>
            <w:tcW w:w="5670" w:type="dxa"/>
          </w:tcPr>
          <w:p w14:paraId="25475CA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3DB9468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७०-८०%</w:t>
            </w:r>
          </w:p>
        </w:tc>
        <w:tc>
          <w:tcPr>
            <w:tcW w:w="1710" w:type="dxa"/>
          </w:tcPr>
          <w:p w14:paraId="07D4AD0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04FE873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17E9235F" w14:textId="77777777" w:rsidTr="007914CC">
        <w:tc>
          <w:tcPr>
            <w:tcW w:w="720" w:type="dxa"/>
          </w:tcPr>
          <w:p w14:paraId="76F7F0D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E6</w:t>
            </w:r>
          </w:p>
        </w:tc>
        <w:tc>
          <w:tcPr>
            <w:tcW w:w="4500" w:type="dxa"/>
          </w:tcPr>
          <w:p w14:paraId="20DE907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बाह्य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(External Borrowings)</w:t>
            </w:r>
          </w:p>
        </w:tc>
        <w:tc>
          <w:tcPr>
            <w:tcW w:w="5670" w:type="dxa"/>
          </w:tcPr>
          <w:p w14:paraId="1558051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बाह्य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6CC8D6A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&lt; ५%</w:t>
            </w:r>
          </w:p>
        </w:tc>
        <w:tc>
          <w:tcPr>
            <w:tcW w:w="1710" w:type="dxa"/>
          </w:tcPr>
          <w:p w14:paraId="6FDF38C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6191229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69906FAB" w14:textId="77777777" w:rsidTr="007914CC">
        <w:tc>
          <w:tcPr>
            <w:tcW w:w="720" w:type="dxa"/>
          </w:tcPr>
          <w:p w14:paraId="65FEBA8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E7</w:t>
            </w:r>
          </w:p>
        </w:tc>
        <w:tc>
          <w:tcPr>
            <w:tcW w:w="4500" w:type="dxa"/>
          </w:tcPr>
          <w:p w14:paraId="784747D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(Share Capital)</w:t>
            </w:r>
          </w:p>
        </w:tc>
        <w:tc>
          <w:tcPr>
            <w:tcW w:w="5670" w:type="dxa"/>
          </w:tcPr>
          <w:p w14:paraId="619B67F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21F0EB9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१०-२०%</w:t>
            </w:r>
          </w:p>
        </w:tc>
        <w:tc>
          <w:tcPr>
            <w:tcW w:w="1710" w:type="dxa"/>
          </w:tcPr>
          <w:p w14:paraId="328BC14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3683639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063B11F6" w14:textId="77777777" w:rsidTr="007914CC">
        <w:tc>
          <w:tcPr>
            <w:tcW w:w="720" w:type="dxa"/>
          </w:tcPr>
          <w:p w14:paraId="6518EED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E8</w:t>
            </w:r>
          </w:p>
        </w:tc>
        <w:tc>
          <w:tcPr>
            <w:tcW w:w="4500" w:type="dxa"/>
          </w:tcPr>
          <w:p w14:paraId="088F109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संस्थागत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(Institutional Capital)</w:t>
            </w:r>
          </w:p>
        </w:tc>
        <w:tc>
          <w:tcPr>
            <w:tcW w:w="5670" w:type="dxa"/>
          </w:tcPr>
          <w:p w14:paraId="737C0E9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संस्थागत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7949080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१०-२०%</w:t>
            </w:r>
          </w:p>
        </w:tc>
        <w:tc>
          <w:tcPr>
            <w:tcW w:w="1710" w:type="dxa"/>
          </w:tcPr>
          <w:p w14:paraId="01C6E05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45987E88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05DDC042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232CB9B9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A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सम्पत्तिको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गुणस्तर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(ASSET QUALITY)</w:t>
            </w:r>
          </w:p>
        </w:tc>
      </w:tr>
      <w:tr w:rsidR="00CA71E0" w:rsidRPr="00A4738C" w14:paraId="397F0A63" w14:textId="77777777" w:rsidTr="007914CC">
        <w:tc>
          <w:tcPr>
            <w:tcW w:w="720" w:type="dxa"/>
          </w:tcPr>
          <w:p w14:paraId="2725537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A1</w:t>
            </w:r>
          </w:p>
        </w:tc>
        <w:tc>
          <w:tcPr>
            <w:tcW w:w="4500" w:type="dxa"/>
          </w:tcPr>
          <w:p w14:paraId="5E0075A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(Overdue Loan NPL)</w:t>
            </w:r>
          </w:p>
        </w:tc>
        <w:tc>
          <w:tcPr>
            <w:tcW w:w="5670" w:type="dxa"/>
          </w:tcPr>
          <w:p w14:paraId="52AEEEB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भाखा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नाघेको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रकम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बक्यौता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लगानी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1C09F61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&lt; ५%</w:t>
            </w:r>
          </w:p>
        </w:tc>
        <w:tc>
          <w:tcPr>
            <w:tcW w:w="1710" w:type="dxa"/>
          </w:tcPr>
          <w:p w14:paraId="4533C9D8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6ED3415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64FAC464" w14:textId="77777777" w:rsidTr="007914CC">
        <w:tc>
          <w:tcPr>
            <w:tcW w:w="720" w:type="dxa"/>
          </w:tcPr>
          <w:p w14:paraId="59BE58F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A2</w:t>
            </w:r>
          </w:p>
        </w:tc>
        <w:tc>
          <w:tcPr>
            <w:tcW w:w="4500" w:type="dxa"/>
          </w:tcPr>
          <w:p w14:paraId="7669111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अकार्यकारी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(Non-earning Assets NPA)</w:t>
            </w:r>
          </w:p>
        </w:tc>
        <w:tc>
          <w:tcPr>
            <w:tcW w:w="5670" w:type="dxa"/>
          </w:tcPr>
          <w:p w14:paraId="37C1931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अकार्यकारी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1835D82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&lt; ५%</w:t>
            </w:r>
          </w:p>
        </w:tc>
        <w:tc>
          <w:tcPr>
            <w:tcW w:w="1710" w:type="dxa"/>
          </w:tcPr>
          <w:p w14:paraId="64B29D2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334479A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22CEDC9C" w14:textId="77777777" w:rsidTr="007914CC">
        <w:tc>
          <w:tcPr>
            <w:tcW w:w="720" w:type="dxa"/>
          </w:tcPr>
          <w:p w14:paraId="034D254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A3</w:t>
            </w:r>
          </w:p>
        </w:tc>
        <w:tc>
          <w:tcPr>
            <w:tcW w:w="4500" w:type="dxa"/>
          </w:tcPr>
          <w:p w14:paraId="419C767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अकार्यकारी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संस्थागत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</w:p>
        </w:tc>
        <w:tc>
          <w:tcPr>
            <w:tcW w:w="5670" w:type="dxa"/>
          </w:tcPr>
          <w:p w14:paraId="2A7A040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संस्थागत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जगेडा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कोष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अकार्यकारी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× १००</w:t>
            </w:r>
          </w:p>
        </w:tc>
        <w:tc>
          <w:tcPr>
            <w:tcW w:w="1710" w:type="dxa"/>
          </w:tcPr>
          <w:p w14:paraId="25FA86D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२००%</w:t>
            </w:r>
          </w:p>
        </w:tc>
        <w:tc>
          <w:tcPr>
            <w:tcW w:w="1710" w:type="dxa"/>
          </w:tcPr>
          <w:p w14:paraId="1713ECA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726B8B6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060A604E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74F21486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R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प्रतिफल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र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लागत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दर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(RATES OF RETURNS AND COSTS)</w:t>
            </w:r>
          </w:p>
        </w:tc>
      </w:tr>
      <w:tr w:rsidR="00CA71E0" w:rsidRPr="00A4738C" w14:paraId="2A7095A5" w14:textId="77777777" w:rsidTr="007914CC">
        <w:tc>
          <w:tcPr>
            <w:tcW w:w="720" w:type="dxa"/>
          </w:tcPr>
          <w:p w14:paraId="571D3B1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R1</w:t>
            </w:r>
          </w:p>
        </w:tc>
        <w:tc>
          <w:tcPr>
            <w:tcW w:w="4500" w:type="dxa"/>
          </w:tcPr>
          <w:p w14:paraId="1771E33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(Rate on interest income)</w:t>
            </w:r>
          </w:p>
        </w:tc>
        <w:tc>
          <w:tcPr>
            <w:tcW w:w="5670" w:type="dxa"/>
          </w:tcPr>
          <w:p w14:paraId="07275FE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बक्यौता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</w:p>
        </w:tc>
        <w:tc>
          <w:tcPr>
            <w:tcW w:w="1710" w:type="dxa"/>
          </w:tcPr>
          <w:p w14:paraId="0C95B72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तोकिएको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669FC4B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1A4A2B6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7AC212C5" w14:textId="77777777" w:rsidTr="007914CC">
        <w:tc>
          <w:tcPr>
            <w:tcW w:w="720" w:type="dxa"/>
          </w:tcPr>
          <w:p w14:paraId="3C29926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R5</w:t>
            </w:r>
          </w:p>
        </w:tc>
        <w:tc>
          <w:tcPr>
            <w:tcW w:w="4500" w:type="dxa"/>
          </w:tcPr>
          <w:p w14:paraId="21E1C9B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(Interest Rate on Savings &amp; Borrowings)</w:t>
            </w:r>
          </w:p>
        </w:tc>
        <w:tc>
          <w:tcPr>
            <w:tcW w:w="5670" w:type="dxa"/>
          </w:tcPr>
          <w:p w14:paraId="6E034A1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बाह्य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तिरिएको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बाह्य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ऋण</w:t>
            </w:r>
            <w:proofErr w:type="spellEnd"/>
          </w:p>
        </w:tc>
        <w:tc>
          <w:tcPr>
            <w:tcW w:w="1710" w:type="dxa"/>
          </w:tcPr>
          <w:p w14:paraId="0F3E367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बजार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60BB37A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09541BF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4FED526D" w14:textId="77777777" w:rsidTr="007914CC">
        <w:tc>
          <w:tcPr>
            <w:tcW w:w="720" w:type="dxa"/>
          </w:tcPr>
          <w:p w14:paraId="0256FE5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R7</w:t>
            </w:r>
          </w:p>
        </w:tc>
        <w:tc>
          <w:tcPr>
            <w:tcW w:w="4500" w:type="dxa"/>
          </w:tcPr>
          <w:p w14:paraId="5E67088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लाभांश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(Dividend Rate on Share Capital)</w:t>
            </w:r>
          </w:p>
        </w:tc>
        <w:tc>
          <w:tcPr>
            <w:tcW w:w="5670" w:type="dxa"/>
          </w:tcPr>
          <w:p w14:paraId="31BEBEC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वितरण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गरिएको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लाभांश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</w:p>
        </w:tc>
        <w:tc>
          <w:tcPr>
            <w:tcW w:w="1710" w:type="dxa"/>
          </w:tcPr>
          <w:p w14:paraId="7DA95DF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सहकारी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ऐन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अनुसार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१५%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सम्म</w:t>
            </w:r>
            <w:proofErr w:type="spellEnd"/>
          </w:p>
        </w:tc>
        <w:tc>
          <w:tcPr>
            <w:tcW w:w="1710" w:type="dxa"/>
          </w:tcPr>
          <w:p w14:paraId="6587854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1B10006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32ED64E3" w14:textId="77777777" w:rsidTr="007914CC">
        <w:tc>
          <w:tcPr>
            <w:tcW w:w="720" w:type="dxa"/>
          </w:tcPr>
          <w:p w14:paraId="5E8010F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R8</w:t>
            </w:r>
          </w:p>
        </w:tc>
        <w:tc>
          <w:tcPr>
            <w:tcW w:w="4500" w:type="dxa"/>
          </w:tcPr>
          <w:p w14:paraId="7217A6C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र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अन्तर</w:t>
            </w:r>
            <w:proofErr w:type="spellEnd"/>
          </w:p>
        </w:tc>
        <w:tc>
          <w:tcPr>
            <w:tcW w:w="5670" w:type="dxa"/>
          </w:tcPr>
          <w:p w14:paraId="1064F77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-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0C76FA8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सबै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धान्न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पर्याप्त</w:t>
            </w:r>
            <w:proofErr w:type="spellEnd"/>
          </w:p>
        </w:tc>
        <w:tc>
          <w:tcPr>
            <w:tcW w:w="1710" w:type="dxa"/>
          </w:tcPr>
          <w:p w14:paraId="4B760CD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0AD89C3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7503722B" w14:textId="77777777" w:rsidTr="007914CC">
        <w:tc>
          <w:tcPr>
            <w:tcW w:w="720" w:type="dxa"/>
          </w:tcPr>
          <w:p w14:paraId="584424D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R9</w:t>
            </w:r>
          </w:p>
        </w:tc>
        <w:tc>
          <w:tcPr>
            <w:tcW w:w="4500" w:type="dxa"/>
          </w:tcPr>
          <w:p w14:paraId="4945434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सञ्चालन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(Operating Expenses)</w:t>
            </w:r>
          </w:p>
        </w:tc>
        <w:tc>
          <w:tcPr>
            <w:tcW w:w="5670" w:type="dxa"/>
          </w:tcPr>
          <w:p w14:paraId="01332DC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वित्तीय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+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कर्जा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नोक्सानी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व्यवस्था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14:paraId="2370C2A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&lt; ५%</w:t>
            </w:r>
          </w:p>
        </w:tc>
        <w:tc>
          <w:tcPr>
            <w:tcW w:w="1710" w:type="dxa"/>
          </w:tcPr>
          <w:p w14:paraId="37E753F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408CCF8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55792ACD" w14:textId="77777777" w:rsidTr="007914CC">
        <w:tc>
          <w:tcPr>
            <w:tcW w:w="720" w:type="dxa"/>
          </w:tcPr>
          <w:p w14:paraId="203FD7E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R9.1</w:t>
            </w:r>
          </w:p>
        </w:tc>
        <w:tc>
          <w:tcPr>
            <w:tcW w:w="4500" w:type="dxa"/>
          </w:tcPr>
          <w:p w14:paraId="4C4B862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सम्पत्तिमा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सञ्चालन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अनुपात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(Operating Cost Ratio)</w:t>
            </w:r>
          </w:p>
        </w:tc>
        <w:tc>
          <w:tcPr>
            <w:tcW w:w="5670" w:type="dxa"/>
          </w:tcPr>
          <w:p w14:paraId="08654A1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सञ्चालन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30D87E1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२%</w:t>
            </w:r>
          </w:p>
        </w:tc>
        <w:tc>
          <w:tcPr>
            <w:tcW w:w="1710" w:type="dxa"/>
          </w:tcPr>
          <w:p w14:paraId="7C693BF9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6C2EAB94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46CCC11E" w14:textId="77777777" w:rsidTr="007914CC">
        <w:tc>
          <w:tcPr>
            <w:tcW w:w="720" w:type="dxa"/>
          </w:tcPr>
          <w:p w14:paraId="246BD2D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R9.2</w:t>
            </w:r>
          </w:p>
        </w:tc>
        <w:tc>
          <w:tcPr>
            <w:tcW w:w="4500" w:type="dxa"/>
          </w:tcPr>
          <w:p w14:paraId="5783555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कोषको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(Cost of Fund)</w:t>
            </w:r>
          </w:p>
        </w:tc>
        <w:tc>
          <w:tcPr>
            <w:tcW w:w="5670" w:type="dxa"/>
          </w:tcPr>
          <w:p w14:paraId="646D09D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तिरिएको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ब्याज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+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लाभांश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46209D1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बजार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6C3800A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3B7D08F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22F177AD" w14:textId="77777777" w:rsidTr="007914CC">
        <w:tc>
          <w:tcPr>
            <w:tcW w:w="720" w:type="dxa"/>
          </w:tcPr>
          <w:p w14:paraId="3819854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R9.3</w:t>
            </w:r>
          </w:p>
        </w:tc>
        <w:tc>
          <w:tcPr>
            <w:tcW w:w="4500" w:type="dxa"/>
          </w:tcPr>
          <w:p w14:paraId="4619AA9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(Other Expenses)</w:t>
            </w:r>
          </w:p>
        </w:tc>
        <w:tc>
          <w:tcPr>
            <w:tcW w:w="5670" w:type="dxa"/>
          </w:tcPr>
          <w:p w14:paraId="61B126A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खर्च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64240A4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न्यूनतम</w:t>
            </w:r>
            <w:proofErr w:type="spellEnd"/>
          </w:p>
        </w:tc>
        <w:tc>
          <w:tcPr>
            <w:tcW w:w="1710" w:type="dxa"/>
          </w:tcPr>
          <w:p w14:paraId="55AA9E6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0D8ADA9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24DA26B2" w14:textId="77777777" w:rsidTr="007914CC">
        <w:tc>
          <w:tcPr>
            <w:tcW w:w="720" w:type="dxa"/>
          </w:tcPr>
          <w:p w14:paraId="2488FBF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R9.4</w:t>
            </w:r>
          </w:p>
        </w:tc>
        <w:tc>
          <w:tcPr>
            <w:tcW w:w="4500" w:type="dxa"/>
          </w:tcPr>
          <w:p w14:paraId="3638187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शुद्ध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स्प्रेड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(Spread)</w:t>
            </w:r>
          </w:p>
        </w:tc>
        <w:tc>
          <w:tcPr>
            <w:tcW w:w="5670" w:type="dxa"/>
          </w:tcPr>
          <w:p w14:paraId="210E606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R1 - (R9.1 + R9.2 + R9.3)</w:t>
            </w:r>
          </w:p>
        </w:tc>
        <w:tc>
          <w:tcPr>
            <w:tcW w:w="1710" w:type="dxa"/>
          </w:tcPr>
          <w:p w14:paraId="3F93F4A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इच्छित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(+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ve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14:paraId="2A1C8F58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24B3E80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78FDC49B" w14:textId="77777777" w:rsidTr="007914CC">
        <w:tc>
          <w:tcPr>
            <w:tcW w:w="720" w:type="dxa"/>
          </w:tcPr>
          <w:p w14:paraId="600B4AB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R12</w:t>
            </w:r>
          </w:p>
        </w:tc>
        <w:tc>
          <w:tcPr>
            <w:tcW w:w="4500" w:type="dxa"/>
          </w:tcPr>
          <w:p w14:paraId="2C3D1B7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प्रतिफल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(Net Income / Avg Total Assets)</w:t>
            </w:r>
          </w:p>
        </w:tc>
        <w:tc>
          <w:tcPr>
            <w:tcW w:w="5670" w:type="dxa"/>
          </w:tcPr>
          <w:p w14:paraId="3F53F37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खुद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औसत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12B09F8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&gt; १०%</w:t>
            </w:r>
          </w:p>
        </w:tc>
        <w:tc>
          <w:tcPr>
            <w:tcW w:w="1710" w:type="dxa"/>
          </w:tcPr>
          <w:p w14:paraId="1CE5FDA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3E41AFB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6CC72A1C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3A6C6E10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L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तरलता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(LIQUIDITY)</w:t>
            </w:r>
          </w:p>
        </w:tc>
      </w:tr>
      <w:tr w:rsidR="00CA71E0" w:rsidRPr="00A4738C" w14:paraId="2AE816F3" w14:textId="77777777" w:rsidTr="007914CC">
        <w:tc>
          <w:tcPr>
            <w:tcW w:w="720" w:type="dxa"/>
          </w:tcPr>
          <w:p w14:paraId="2FA76D4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L1</w:t>
            </w:r>
          </w:p>
        </w:tc>
        <w:tc>
          <w:tcPr>
            <w:tcW w:w="4500" w:type="dxa"/>
          </w:tcPr>
          <w:p w14:paraId="451744D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तरलता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अनुपात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(Liquidity Ratio)</w:t>
            </w:r>
          </w:p>
        </w:tc>
        <w:tc>
          <w:tcPr>
            <w:tcW w:w="5670" w:type="dxa"/>
          </w:tcPr>
          <w:p w14:paraId="28B880A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तरल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रकम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निक्षेप</w:t>
            </w:r>
            <w:proofErr w:type="spellEnd"/>
          </w:p>
        </w:tc>
        <w:tc>
          <w:tcPr>
            <w:tcW w:w="1710" w:type="dxa"/>
          </w:tcPr>
          <w:p w14:paraId="492BBE3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१५%</w:t>
            </w:r>
          </w:p>
        </w:tc>
        <w:tc>
          <w:tcPr>
            <w:tcW w:w="1710" w:type="dxa"/>
          </w:tcPr>
          <w:p w14:paraId="2E2D050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10265DC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0E2F32DB" w14:textId="77777777" w:rsidTr="007914CC">
        <w:tc>
          <w:tcPr>
            <w:tcW w:w="720" w:type="dxa"/>
          </w:tcPr>
          <w:p w14:paraId="24C52D9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L2</w:t>
            </w:r>
          </w:p>
        </w:tc>
        <w:tc>
          <w:tcPr>
            <w:tcW w:w="4500" w:type="dxa"/>
          </w:tcPr>
          <w:p w14:paraId="3B72AE0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नगद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तथा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बैंक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मौज्दात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अनुपात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(Cash and Bank Ratio)</w:t>
            </w:r>
          </w:p>
        </w:tc>
        <w:tc>
          <w:tcPr>
            <w:tcW w:w="5670" w:type="dxa"/>
          </w:tcPr>
          <w:p w14:paraId="398A466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नगद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+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बैंक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08BB1EA2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१०%</w:t>
            </w:r>
          </w:p>
        </w:tc>
        <w:tc>
          <w:tcPr>
            <w:tcW w:w="1710" w:type="dxa"/>
          </w:tcPr>
          <w:p w14:paraId="0D92D81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5578966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207B2B29" w14:textId="77777777" w:rsidTr="007914CC">
        <w:tc>
          <w:tcPr>
            <w:tcW w:w="720" w:type="dxa"/>
          </w:tcPr>
          <w:p w14:paraId="43BEC6F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L3</w:t>
            </w:r>
          </w:p>
        </w:tc>
        <w:tc>
          <w:tcPr>
            <w:tcW w:w="4500" w:type="dxa"/>
          </w:tcPr>
          <w:p w14:paraId="08E2B4B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आम्दानी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नगर्ने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तरल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Non earning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Liquid Assets)</w:t>
            </w:r>
          </w:p>
        </w:tc>
        <w:tc>
          <w:tcPr>
            <w:tcW w:w="5670" w:type="dxa"/>
          </w:tcPr>
          <w:p w14:paraId="7C3A930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नगद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मौज्दात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6E289F7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१%</w:t>
            </w:r>
          </w:p>
        </w:tc>
        <w:tc>
          <w:tcPr>
            <w:tcW w:w="1710" w:type="dxa"/>
          </w:tcPr>
          <w:p w14:paraId="277A32D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15FCDB7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4376F22A" w14:textId="77777777" w:rsidTr="007914CC">
        <w:tc>
          <w:tcPr>
            <w:tcW w:w="15570" w:type="dxa"/>
            <w:gridSpan w:val="6"/>
            <w:shd w:val="clear" w:color="auto" w:fill="1F497D" w:themeFill="text2"/>
          </w:tcPr>
          <w:p w14:paraId="303384B5" w14:textId="77777777" w:rsidR="00CA71E0" w:rsidRPr="00F50D57" w:rsidRDefault="00CA71E0" w:rsidP="00001378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S -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वृद्धि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>सङ्केत</w:t>
            </w:r>
            <w:proofErr w:type="spellEnd"/>
            <w:r w:rsidRPr="00F50D57">
              <w:rPr>
                <w:rFonts w:ascii="Kokila" w:hAnsi="Kokila" w:cs="Kokila"/>
                <w:b/>
                <w:bCs/>
                <w:color w:val="FFFFFF" w:themeColor="background1"/>
                <w:sz w:val="28"/>
                <w:szCs w:val="28"/>
              </w:rPr>
              <w:t xml:space="preserve"> (SIGNS OF GROWTH)</w:t>
            </w:r>
          </w:p>
        </w:tc>
      </w:tr>
      <w:tr w:rsidR="00CA71E0" w:rsidRPr="00A4738C" w14:paraId="1CBFC756" w14:textId="77777777" w:rsidTr="007914CC">
        <w:tc>
          <w:tcPr>
            <w:tcW w:w="720" w:type="dxa"/>
          </w:tcPr>
          <w:p w14:paraId="45350A0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S10</w:t>
            </w:r>
          </w:p>
        </w:tc>
        <w:tc>
          <w:tcPr>
            <w:tcW w:w="4500" w:type="dxa"/>
          </w:tcPr>
          <w:p w14:paraId="1ECD8C8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सदस्य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5670" w:type="dxa"/>
          </w:tcPr>
          <w:p w14:paraId="4E95BBF0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सदस्य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6157C14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  <w:r w:rsidRPr="00C21BB4">
              <w:rPr>
                <w:rFonts w:ascii="Kokila" w:hAnsi="Kokila" w:cs="Kokila" w:hint="cs"/>
                <w:color w:val="1E1E1E"/>
                <w:sz w:val="24"/>
                <w:szCs w:val="24"/>
                <w:cs/>
                <w:lang w:bidi="ne-NP"/>
              </w:rPr>
              <w:t>घटीमा १५%</w:t>
            </w:r>
          </w:p>
        </w:tc>
        <w:tc>
          <w:tcPr>
            <w:tcW w:w="1710" w:type="dxa"/>
          </w:tcPr>
          <w:p w14:paraId="7E9F7C0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4765858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वार्षिक</w:t>
            </w:r>
            <w:proofErr w:type="spellEnd"/>
          </w:p>
        </w:tc>
      </w:tr>
      <w:tr w:rsidR="00CA71E0" w:rsidRPr="00A4738C" w14:paraId="4A97F5BC" w14:textId="77777777" w:rsidTr="007914CC">
        <w:tc>
          <w:tcPr>
            <w:tcW w:w="720" w:type="dxa"/>
          </w:tcPr>
          <w:p w14:paraId="044EF26E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S11</w:t>
            </w:r>
          </w:p>
        </w:tc>
        <w:tc>
          <w:tcPr>
            <w:tcW w:w="4500" w:type="dxa"/>
          </w:tcPr>
          <w:p w14:paraId="63B724A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val="fr-FR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(Asset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>Increment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Ratio)</w:t>
            </w:r>
          </w:p>
        </w:tc>
        <w:tc>
          <w:tcPr>
            <w:tcW w:w="5670" w:type="dxa"/>
          </w:tcPr>
          <w:p w14:paraId="0406DBF7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val="fr-FR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>(</w:t>
            </w:r>
            <w:proofErr w:type="spellStart"/>
            <w:proofErr w:type="gram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चालु</w:t>
            </w:r>
            <w:proofErr w:type="spellEnd"/>
            <w:proofErr w:type="gram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वर्षको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-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वर्षको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) /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गत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वर्षको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कुल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सम्पत्ति</w:t>
            </w:r>
            <w:proofErr w:type="spellEnd"/>
          </w:p>
        </w:tc>
        <w:tc>
          <w:tcPr>
            <w:tcW w:w="1710" w:type="dxa"/>
          </w:tcPr>
          <w:p w14:paraId="1631416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  <w:r w:rsidRPr="00C21BB4">
              <w:rPr>
                <w:rFonts w:ascii="Kokila" w:hAnsi="Kokila" w:cs="Kokila" w:hint="cs"/>
                <w:color w:val="1E1E1E"/>
                <w:sz w:val="24"/>
                <w:szCs w:val="24"/>
                <w:cs/>
                <w:lang w:bidi="ne-NP"/>
              </w:rPr>
              <w:t>&gt;मुद्रास्फीति दर</w:t>
            </w:r>
          </w:p>
        </w:tc>
        <w:tc>
          <w:tcPr>
            <w:tcW w:w="1710" w:type="dxa"/>
          </w:tcPr>
          <w:p w14:paraId="7AA7393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7C4A547B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48439243" w14:textId="77777777" w:rsidTr="007914CC">
        <w:tc>
          <w:tcPr>
            <w:tcW w:w="720" w:type="dxa"/>
          </w:tcPr>
          <w:p w14:paraId="42BAFB4C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S5</w:t>
            </w:r>
          </w:p>
        </w:tc>
        <w:tc>
          <w:tcPr>
            <w:tcW w:w="4500" w:type="dxa"/>
          </w:tcPr>
          <w:p w14:paraId="1A476FD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निक्षेप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(Growth in Saving Deposit)</w:t>
            </w:r>
          </w:p>
        </w:tc>
        <w:tc>
          <w:tcPr>
            <w:tcW w:w="5670" w:type="dxa"/>
          </w:tcPr>
          <w:p w14:paraId="4199A3A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बचत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3E27373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 w:hint="cs"/>
                <w:color w:val="1E1E1E"/>
                <w:sz w:val="24"/>
                <w:szCs w:val="24"/>
                <w:cs/>
                <w:lang w:bidi="ne-NP"/>
              </w:rPr>
              <w:t>५</w:t>
            </w: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%</w:t>
            </w:r>
          </w:p>
        </w:tc>
        <w:tc>
          <w:tcPr>
            <w:tcW w:w="1710" w:type="dxa"/>
          </w:tcPr>
          <w:p w14:paraId="017F4AFA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0B6BF931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  <w:tr w:rsidR="00CA71E0" w:rsidRPr="00A4738C" w14:paraId="25FFD008" w14:textId="77777777" w:rsidTr="007914CC">
        <w:tc>
          <w:tcPr>
            <w:tcW w:w="720" w:type="dxa"/>
          </w:tcPr>
          <w:p w14:paraId="634EE1E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S7</w:t>
            </w:r>
          </w:p>
        </w:tc>
        <w:tc>
          <w:tcPr>
            <w:tcW w:w="4500" w:type="dxa"/>
          </w:tcPr>
          <w:p w14:paraId="643E317D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(Growth in Member's Share)</w:t>
            </w:r>
          </w:p>
        </w:tc>
        <w:tc>
          <w:tcPr>
            <w:tcW w:w="5670" w:type="dxa"/>
          </w:tcPr>
          <w:p w14:paraId="40FD73EF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शेयर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पुँजी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वृद्धि</w:t>
            </w:r>
            <w:proofErr w:type="spellEnd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 xml:space="preserve"> </w:t>
            </w: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दर</w:t>
            </w:r>
            <w:proofErr w:type="spellEnd"/>
          </w:p>
        </w:tc>
        <w:tc>
          <w:tcPr>
            <w:tcW w:w="1710" w:type="dxa"/>
          </w:tcPr>
          <w:p w14:paraId="56556466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r w:rsidRPr="00C21BB4">
              <w:rPr>
                <w:rFonts w:ascii="Kokila" w:hAnsi="Kokila" w:cs="Kokila" w:hint="cs"/>
                <w:color w:val="1E1E1E"/>
                <w:sz w:val="24"/>
                <w:szCs w:val="24"/>
                <w:cs/>
                <w:lang w:bidi="ne-NP"/>
              </w:rPr>
              <w:t>५</w:t>
            </w:r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%</w:t>
            </w:r>
          </w:p>
        </w:tc>
        <w:tc>
          <w:tcPr>
            <w:tcW w:w="1710" w:type="dxa"/>
          </w:tcPr>
          <w:p w14:paraId="24F98F53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  <w:lang w:bidi="ne-NP"/>
              </w:rPr>
            </w:pPr>
          </w:p>
        </w:tc>
        <w:tc>
          <w:tcPr>
            <w:tcW w:w="1260" w:type="dxa"/>
          </w:tcPr>
          <w:p w14:paraId="14FC16B5" w14:textId="77777777" w:rsidR="00CA71E0" w:rsidRPr="00C21BB4" w:rsidRDefault="00CA71E0" w:rsidP="00001378">
            <w:pPr>
              <w:pStyle w:val="NoSpacing"/>
              <w:rPr>
                <w:rFonts w:ascii="Kokila" w:hAnsi="Kokila" w:cs="Kokila"/>
                <w:sz w:val="24"/>
                <w:szCs w:val="24"/>
              </w:rPr>
            </w:pPr>
            <w:proofErr w:type="spellStart"/>
            <w:r w:rsidRPr="00C21BB4">
              <w:rPr>
                <w:rFonts w:ascii="Kokila" w:hAnsi="Kokila" w:cs="Kokila"/>
                <w:color w:val="1E1E1E"/>
                <w:sz w:val="24"/>
                <w:szCs w:val="24"/>
              </w:rPr>
              <w:t>मासिक</w:t>
            </w:r>
            <w:proofErr w:type="spellEnd"/>
          </w:p>
        </w:tc>
      </w:tr>
    </w:tbl>
    <w:tbl>
      <w:tblPr>
        <w:tblStyle w:val="TableGrid"/>
        <w:tblpPr w:leftFromText="180" w:rightFromText="180" w:vertAnchor="text" w:horzAnchor="margin" w:tblpXSpec="center" w:tblpY="399"/>
        <w:tblW w:w="11072" w:type="dxa"/>
        <w:tblLook w:val="04A0" w:firstRow="1" w:lastRow="0" w:firstColumn="1" w:lastColumn="0" w:noHBand="0" w:noVBand="1"/>
      </w:tblPr>
      <w:tblGrid>
        <w:gridCol w:w="5536"/>
        <w:gridCol w:w="5536"/>
      </w:tblGrid>
      <w:tr w:rsidR="00280A9F" w:rsidRPr="00CE17D4" w14:paraId="49591D37" w14:textId="77777777" w:rsidTr="00280A9F">
        <w:trPr>
          <w:trHeight w:val="1522"/>
        </w:trPr>
        <w:tc>
          <w:tcPr>
            <w:tcW w:w="5536" w:type="dxa"/>
          </w:tcPr>
          <w:p w14:paraId="1C0D1DCE" w14:textId="77777777" w:rsidR="00280A9F" w:rsidRPr="00CE17D4" w:rsidRDefault="00280A9F" w:rsidP="00280A9F">
            <w:pPr>
              <w:rPr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lastRenderedPageBreak/>
              <w:t>तयार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गर्ने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(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आन्तरिक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लेखा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परीक्षक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)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दस्तखत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नाम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पद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मिति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</w:t>
            </w:r>
          </w:p>
        </w:tc>
        <w:tc>
          <w:tcPr>
            <w:tcW w:w="5536" w:type="dxa"/>
          </w:tcPr>
          <w:p w14:paraId="3E3D1B9D" w14:textId="77777777" w:rsidR="00280A9F" w:rsidRPr="00CE17D4" w:rsidRDefault="00280A9F" w:rsidP="00280A9F">
            <w:pPr>
              <w:rPr>
                <w:b/>
                <w:bCs/>
                <w:i/>
                <w:iCs/>
                <w:sz w:val="32"/>
                <w:szCs w:val="32"/>
              </w:rPr>
            </w:pP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स्वीकृत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गर्ने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(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लेखा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सुपरिवेक्षण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 xml:space="preserve"> </w:t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समिति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t>):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  <w:u w:val="single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दस्तखत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नाम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पद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................................................</w:t>
            </w:r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br/>
            </w:r>
            <w:proofErr w:type="spellStart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मिति</w:t>
            </w:r>
            <w:proofErr w:type="spellEnd"/>
            <w:r w:rsidRPr="00CE17D4">
              <w:rPr>
                <w:rFonts w:ascii="Kokila" w:hAnsi="Kokila"/>
                <w:b/>
                <w:bCs/>
                <w:i/>
                <w:iCs/>
                <w:sz w:val="32"/>
                <w:szCs w:val="32"/>
              </w:rPr>
              <w:t>: ............................................</w:t>
            </w:r>
          </w:p>
        </w:tc>
      </w:tr>
    </w:tbl>
    <w:p w14:paraId="5373B8C6" w14:textId="77777777" w:rsidR="00CA71E0" w:rsidRDefault="00CA71E0">
      <w:pPr>
        <w:spacing w:after="360"/>
        <w:rPr>
          <w:lang w:bidi="ne-NP"/>
        </w:rPr>
      </w:pPr>
    </w:p>
    <w:p w14:paraId="0D2480FC" w14:textId="77777777" w:rsidR="00F33FC8" w:rsidRDefault="00F33FC8">
      <w:pPr>
        <w:spacing w:after="360"/>
        <w:rPr>
          <w:lang w:bidi="ne-NP"/>
        </w:rPr>
      </w:pPr>
    </w:p>
    <w:p w14:paraId="7787DB59" w14:textId="77777777" w:rsidR="006E124B" w:rsidRDefault="006E124B">
      <w:pPr>
        <w:spacing w:after="360"/>
        <w:rPr>
          <w:lang w:bidi="ne-NP"/>
        </w:rPr>
      </w:pPr>
    </w:p>
    <w:p w14:paraId="7F4139E7" w14:textId="77777777" w:rsidR="002A1CC2" w:rsidRPr="0049224B" w:rsidRDefault="002A1CC2" w:rsidP="002A1CC2">
      <w:pPr>
        <w:pStyle w:val="NoSpacing"/>
        <w:rPr>
          <w:rFonts w:ascii="Kokila" w:hAnsi="Kokila" w:cs="Kokila"/>
          <w:sz w:val="24"/>
          <w:szCs w:val="24"/>
        </w:rPr>
      </w:pPr>
      <w:r w:rsidRPr="0049224B">
        <w:rPr>
          <w:rFonts w:ascii="Kokila" w:hAnsi="Kokila" w:cs="Kokila"/>
          <w:sz w:val="24"/>
          <w:szCs w:val="24"/>
        </w:rPr>
        <w:br/>
      </w:r>
    </w:p>
    <w:p w14:paraId="12E0BE95" w14:textId="33209FDE" w:rsidR="00D82C8E" w:rsidRDefault="00D2678B" w:rsidP="00280A9F">
      <w:pPr>
        <w:pStyle w:val="NoSpacing"/>
        <w:rPr>
          <w:lang w:bidi="ne-N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20071" wp14:editId="51AF5E24">
                <wp:simplePos x="0" y="0"/>
                <wp:positionH relativeFrom="column">
                  <wp:posOffset>-915035</wp:posOffset>
                </wp:positionH>
                <wp:positionV relativeFrom="paragraph">
                  <wp:posOffset>231458</wp:posOffset>
                </wp:positionV>
                <wp:extent cx="10702925" cy="0"/>
                <wp:effectExtent l="38100" t="38100" r="60325" b="95250"/>
                <wp:wrapNone/>
                <wp:docPr id="6049414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29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2D8A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05pt,18.25pt" to="770.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2A1CC2" w:rsidRPr="0049224B">
        <w:rPr>
          <w:rFonts w:ascii="Kokila" w:hAnsi="Kokila" w:cs="Kokila"/>
          <w:sz w:val="24"/>
          <w:szCs w:val="24"/>
        </w:rPr>
        <w:br/>
      </w:r>
    </w:p>
    <w:p w14:paraId="5E57B65B" w14:textId="535D089F" w:rsidR="00280A9F" w:rsidRPr="00280A9F" w:rsidRDefault="00280A9F" w:rsidP="00280A9F">
      <w:pPr>
        <w:pStyle w:val="NoSpacing"/>
        <w:rPr>
          <w:lang w:bidi="ne-NP"/>
        </w:rPr>
      </w:pPr>
    </w:p>
    <w:p w14:paraId="26F70433" w14:textId="1BE08CD0" w:rsidR="00D82C8E" w:rsidRDefault="00D82C8E" w:rsidP="005E620F">
      <w:pPr>
        <w:rPr>
          <w:rFonts w:ascii="Kokila" w:hAnsi="Kokila" w:cs="Kokila"/>
          <w:bCs/>
          <w:sz w:val="36"/>
          <w:szCs w:val="36"/>
          <w:u w:val="single"/>
          <w:lang w:bidi="hi-IN"/>
        </w:rPr>
      </w:pPr>
    </w:p>
    <w:p w14:paraId="455631F0" w14:textId="77777777" w:rsidR="00F50D57" w:rsidRDefault="00F50D57" w:rsidP="005E620F">
      <w:pPr>
        <w:rPr>
          <w:rFonts w:ascii="Kokila" w:hAnsi="Kokila" w:cs="Kokila"/>
          <w:bCs/>
          <w:sz w:val="36"/>
          <w:szCs w:val="36"/>
          <w:u w:val="single"/>
          <w:lang w:bidi="hi-IN"/>
        </w:rPr>
      </w:pPr>
    </w:p>
    <w:p w14:paraId="5FAF4984" w14:textId="76794FCB" w:rsidR="005E620F" w:rsidRPr="005E620F" w:rsidRDefault="005E620F" w:rsidP="005E620F">
      <w:pPr>
        <w:rPr>
          <w:rFonts w:ascii="Kokila" w:hAnsi="Kokila" w:cs="Kokila"/>
          <w:bCs/>
          <w:sz w:val="36"/>
          <w:szCs w:val="36"/>
          <w:u w:val="single"/>
          <w:lang w:bidi="hi-IN"/>
        </w:rPr>
      </w:pPr>
      <w:r w:rsidRPr="005E620F">
        <w:rPr>
          <w:rFonts w:ascii="Kokila" w:hAnsi="Kokila" w:cs="Kokila"/>
          <w:bCs/>
          <w:sz w:val="36"/>
          <w:szCs w:val="36"/>
          <w:u w:val="single"/>
          <w:cs/>
          <w:lang w:bidi="hi-IN"/>
        </w:rPr>
        <w:t xml:space="preserve">लेखा समितिको तर्फबाट सुझावहरु: </w:t>
      </w:r>
    </w:p>
    <w:tbl>
      <w:tblPr>
        <w:tblStyle w:val="TableGrid"/>
        <w:tblW w:w="15061" w:type="dxa"/>
        <w:tblInd w:w="-252" w:type="dxa"/>
        <w:tblLook w:val="04A0" w:firstRow="1" w:lastRow="0" w:firstColumn="1" w:lastColumn="0" w:noHBand="0" w:noVBand="1"/>
      </w:tblPr>
      <w:tblGrid>
        <w:gridCol w:w="517"/>
        <w:gridCol w:w="14544"/>
      </w:tblGrid>
      <w:tr w:rsidR="005E620F" w14:paraId="53619274" w14:textId="77777777" w:rsidTr="00DC35C5">
        <w:trPr>
          <w:trHeight w:val="401"/>
        </w:trPr>
        <w:tc>
          <w:tcPr>
            <w:tcW w:w="517" w:type="dxa"/>
          </w:tcPr>
          <w:p w14:paraId="029AF722" w14:textId="1247E6A7" w:rsidR="005E620F" w:rsidRPr="007F45CF" w:rsidRDefault="00AB29EF" w:rsidP="00AB29E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 xml:space="preserve">१ </w:t>
            </w:r>
          </w:p>
        </w:tc>
        <w:tc>
          <w:tcPr>
            <w:tcW w:w="14544" w:type="dxa"/>
          </w:tcPr>
          <w:p w14:paraId="0E079165" w14:textId="234A4A95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540493D" w14:textId="77777777" w:rsidTr="00DC35C5">
        <w:trPr>
          <w:trHeight w:val="272"/>
        </w:trPr>
        <w:tc>
          <w:tcPr>
            <w:tcW w:w="517" w:type="dxa"/>
          </w:tcPr>
          <w:p w14:paraId="613C56E9" w14:textId="09CD1D03" w:rsidR="005E620F" w:rsidRPr="007F45CF" w:rsidRDefault="005E620F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  <w:t>२.</w:t>
            </w:r>
          </w:p>
        </w:tc>
        <w:tc>
          <w:tcPr>
            <w:tcW w:w="14544" w:type="dxa"/>
          </w:tcPr>
          <w:p w14:paraId="62DF22A0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5B6E233B" w14:textId="77777777" w:rsidTr="00DC35C5">
        <w:trPr>
          <w:trHeight w:val="281"/>
        </w:trPr>
        <w:tc>
          <w:tcPr>
            <w:tcW w:w="517" w:type="dxa"/>
          </w:tcPr>
          <w:p w14:paraId="2E467F54" w14:textId="37B12A64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lastRenderedPageBreak/>
              <w:t>३.</w:t>
            </w:r>
          </w:p>
        </w:tc>
        <w:tc>
          <w:tcPr>
            <w:tcW w:w="14544" w:type="dxa"/>
          </w:tcPr>
          <w:p w14:paraId="618F8F02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B446D97" w14:textId="77777777" w:rsidTr="00DC35C5">
        <w:trPr>
          <w:trHeight w:val="281"/>
        </w:trPr>
        <w:tc>
          <w:tcPr>
            <w:tcW w:w="517" w:type="dxa"/>
          </w:tcPr>
          <w:p w14:paraId="2B4A70AB" w14:textId="70EAC87B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४.</w:t>
            </w:r>
          </w:p>
        </w:tc>
        <w:tc>
          <w:tcPr>
            <w:tcW w:w="14544" w:type="dxa"/>
          </w:tcPr>
          <w:p w14:paraId="61D1089E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68232B67" w14:textId="77777777" w:rsidTr="00DC35C5">
        <w:trPr>
          <w:trHeight w:val="272"/>
        </w:trPr>
        <w:tc>
          <w:tcPr>
            <w:tcW w:w="517" w:type="dxa"/>
          </w:tcPr>
          <w:p w14:paraId="7B2D0BAD" w14:textId="559C57D5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५.</w:t>
            </w:r>
          </w:p>
        </w:tc>
        <w:tc>
          <w:tcPr>
            <w:tcW w:w="14544" w:type="dxa"/>
          </w:tcPr>
          <w:p w14:paraId="0A25D32D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56184202" w14:textId="77777777" w:rsidTr="00DC35C5">
        <w:trPr>
          <w:trHeight w:val="281"/>
        </w:trPr>
        <w:tc>
          <w:tcPr>
            <w:tcW w:w="517" w:type="dxa"/>
          </w:tcPr>
          <w:p w14:paraId="28450841" w14:textId="2D9A8A1E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६.</w:t>
            </w:r>
          </w:p>
        </w:tc>
        <w:tc>
          <w:tcPr>
            <w:tcW w:w="14544" w:type="dxa"/>
          </w:tcPr>
          <w:p w14:paraId="7B5A666C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1250B4F" w14:textId="77777777" w:rsidTr="00DC35C5">
        <w:trPr>
          <w:trHeight w:val="281"/>
        </w:trPr>
        <w:tc>
          <w:tcPr>
            <w:tcW w:w="517" w:type="dxa"/>
          </w:tcPr>
          <w:p w14:paraId="7BA91B78" w14:textId="6059AF59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७.</w:t>
            </w:r>
          </w:p>
        </w:tc>
        <w:tc>
          <w:tcPr>
            <w:tcW w:w="14544" w:type="dxa"/>
          </w:tcPr>
          <w:p w14:paraId="218FB525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7D76144E" w14:textId="77777777" w:rsidTr="00DC35C5">
        <w:trPr>
          <w:trHeight w:val="281"/>
        </w:trPr>
        <w:tc>
          <w:tcPr>
            <w:tcW w:w="517" w:type="dxa"/>
          </w:tcPr>
          <w:p w14:paraId="151629D0" w14:textId="4568343E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lastRenderedPageBreak/>
              <w:t>८.</w:t>
            </w:r>
          </w:p>
        </w:tc>
        <w:tc>
          <w:tcPr>
            <w:tcW w:w="14544" w:type="dxa"/>
          </w:tcPr>
          <w:p w14:paraId="0E4EBB5A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1FE38B96" w14:textId="77777777" w:rsidTr="00DC35C5">
        <w:trPr>
          <w:trHeight w:val="281"/>
        </w:trPr>
        <w:tc>
          <w:tcPr>
            <w:tcW w:w="517" w:type="dxa"/>
          </w:tcPr>
          <w:p w14:paraId="74E3A9ED" w14:textId="72DB3EAA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९.</w:t>
            </w:r>
          </w:p>
        </w:tc>
        <w:tc>
          <w:tcPr>
            <w:tcW w:w="14544" w:type="dxa"/>
          </w:tcPr>
          <w:p w14:paraId="5CFAE301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02C3E076" w14:textId="77777777" w:rsidTr="00DC35C5">
        <w:trPr>
          <w:trHeight w:val="281"/>
        </w:trPr>
        <w:tc>
          <w:tcPr>
            <w:tcW w:w="517" w:type="dxa"/>
          </w:tcPr>
          <w:p w14:paraId="5BB066D8" w14:textId="78C6AC3C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१०.</w:t>
            </w:r>
          </w:p>
        </w:tc>
        <w:tc>
          <w:tcPr>
            <w:tcW w:w="14544" w:type="dxa"/>
          </w:tcPr>
          <w:p w14:paraId="19664077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79198658" w14:textId="77777777" w:rsidTr="00DC35C5">
        <w:trPr>
          <w:trHeight w:val="281"/>
        </w:trPr>
        <w:tc>
          <w:tcPr>
            <w:tcW w:w="517" w:type="dxa"/>
          </w:tcPr>
          <w:p w14:paraId="577BF66A" w14:textId="09F68C57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११.</w:t>
            </w:r>
          </w:p>
        </w:tc>
        <w:tc>
          <w:tcPr>
            <w:tcW w:w="14544" w:type="dxa"/>
          </w:tcPr>
          <w:p w14:paraId="49A925BC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769A529D" w14:textId="77777777" w:rsidTr="00DC35C5">
        <w:trPr>
          <w:trHeight w:val="281"/>
        </w:trPr>
        <w:tc>
          <w:tcPr>
            <w:tcW w:w="517" w:type="dxa"/>
          </w:tcPr>
          <w:p w14:paraId="0C1F6052" w14:textId="127B7FE3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१२.</w:t>
            </w:r>
          </w:p>
        </w:tc>
        <w:tc>
          <w:tcPr>
            <w:tcW w:w="14544" w:type="dxa"/>
          </w:tcPr>
          <w:p w14:paraId="2ABED912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7542B71" w14:textId="77777777" w:rsidTr="00DC35C5">
        <w:trPr>
          <w:trHeight w:val="281"/>
        </w:trPr>
        <w:tc>
          <w:tcPr>
            <w:tcW w:w="517" w:type="dxa"/>
          </w:tcPr>
          <w:p w14:paraId="0881126D" w14:textId="5EEFB479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lastRenderedPageBreak/>
              <w:t>१३.</w:t>
            </w:r>
          </w:p>
        </w:tc>
        <w:tc>
          <w:tcPr>
            <w:tcW w:w="14544" w:type="dxa"/>
          </w:tcPr>
          <w:p w14:paraId="5AAC8416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2D89615" w14:textId="77777777" w:rsidTr="00DC35C5">
        <w:trPr>
          <w:trHeight w:val="281"/>
        </w:trPr>
        <w:tc>
          <w:tcPr>
            <w:tcW w:w="517" w:type="dxa"/>
          </w:tcPr>
          <w:p w14:paraId="1C9CC46A" w14:textId="617E3076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१४.</w:t>
            </w:r>
          </w:p>
        </w:tc>
        <w:tc>
          <w:tcPr>
            <w:tcW w:w="14544" w:type="dxa"/>
          </w:tcPr>
          <w:p w14:paraId="4527CC62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635966AB" w14:textId="77777777" w:rsidTr="00DC35C5">
        <w:trPr>
          <w:trHeight w:val="281"/>
        </w:trPr>
        <w:tc>
          <w:tcPr>
            <w:tcW w:w="517" w:type="dxa"/>
          </w:tcPr>
          <w:p w14:paraId="49AF853D" w14:textId="07F50FC0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१५.</w:t>
            </w:r>
          </w:p>
        </w:tc>
        <w:tc>
          <w:tcPr>
            <w:tcW w:w="14544" w:type="dxa"/>
          </w:tcPr>
          <w:p w14:paraId="6D976061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4F666599" w14:textId="77777777" w:rsidTr="00DC35C5">
        <w:trPr>
          <w:trHeight w:val="281"/>
        </w:trPr>
        <w:tc>
          <w:tcPr>
            <w:tcW w:w="517" w:type="dxa"/>
          </w:tcPr>
          <w:p w14:paraId="37F4CF3D" w14:textId="7E0B3991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१६.</w:t>
            </w:r>
          </w:p>
        </w:tc>
        <w:tc>
          <w:tcPr>
            <w:tcW w:w="14544" w:type="dxa"/>
          </w:tcPr>
          <w:p w14:paraId="45BF1A72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10E8E2C2" w14:textId="77777777" w:rsidTr="00DC35C5">
        <w:trPr>
          <w:trHeight w:val="281"/>
        </w:trPr>
        <w:tc>
          <w:tcPr>
            <w:tcW w:w="517" w:type="dxa"/>
          </w:tcPr>
          <w:p w14:paraId="530515A1" w14:textId="6386B0EB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१७.</w:t>
            </w:r>
          </w:p>
        </w:tc>
        <w:tc>
          <w:tcPr>
            <w:tcW w:w="14544" w:type="dxa"/>
          </w:tcPr>
          <w:p w14:paraId="051BA72B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332C1A3E" w14:textId="77777777" w:rsidTr="00DC35C5">
        <w:trPr>
          <w:trHeight w:val="281"/>
        </w:trPr>
        <w:tc>
          <w:tcPr>
            <w:tcW w:w="517" w:type="dxa"/>
          </w:tcPr>
          <w:p w14:paraId="7321D693" w14:textId="03931CDA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lastRenderedPageBreak/>
              <w:t>१८.</w:t>
            </w:r>
          </w:p>
        </w:tc>
        <w:tc>
          <w:tcPr>
            <w:tcW w:w="14544" w:type="dxa"/>
          </w:tcPr>
          <w:p w14:paraId="7431BCFD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5E620F" w14:paraId="2BC4F807" w14:textId="77777777" w:rsidTr="00DC35C5">
        <w:trPr>
          <w:trHeight w:val="281"/>
        </w:trPr>
        <w:tc>
          <w:tcPr>
            <w:tcW w:w="517" w:type="dxa"/>
          </w:tcPr>
          <w:p w14:paraId="7999D0A0" w14:textId="059A5076" w:rsidR="005E620F" w:rsidRPr="007F45CF" w:rsidRDefault="00E330F3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lang w:bidi="ne-NP"/>
              </w:rPr>
            </w:pPr>
            <w:r w:rsidRPr="007F45CF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१९.</w:t>
            </w:r>
          </w:p>
        </w:tc>
        <w:tc>
          <w:tcPr>
            <w:tcW w:w="14544" w:type="dxa"/>
          </w:tcPr>
          <w:p w14:paraId="1CE58250" w14:textId="77777777" w:rsidR="005E620F" w:rsidRPr="005E620F" w:rsidRDefault="005E620F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  <w:tr w:rsidR="001E5C42" w14:paraId="5068FC00" w14:textId="77777777" w:rsidTr="00DC35C5">
        <w:trPr>
          <w:trHeight w:val="281"/>
        </w:trPr>
        <w:tc>
          <w:tcPr>
            <w:tcW w:w="517" w:type="dxa"/>
          </w:tcPr>
          <w:p w14:paraId="7FF50048" w14:textId="03590ECF" w:rsidR="001E5C42" w:rsidRPr="007F45CF" w:rsidRDefault="001E5C42" w:rsidP="005E620F">
            <w:pPr>
              <w:spacing w:line="1440" w:lineRule="auto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२०.</w:t>
            </w:r>
          </w:p>
        </w:tc>
        <w:tc>
          <w:tcPr>
            <w:tcW w:w="14544" w:type="dxa"/>
          </w:tcPr>
          <w:p w14:paraId="7518B873" w14:textId="77777777" w:rsidR="001E5C42" w:rsidRPr="005E620F" w:rsidRDefault="001E5C42" w:rsidP="005E620F">
            <w:pPr>
              <w:spacing w:line="1440" w:lineRule="auto"/>
              <w:rPr>
                <w:rFonts w:ascii="Kokila" w:hAnsi="Kokila" w:cs="Kokila"/>
              </w:rPr>
            </w:pPr>
          </w:p>
        </w:tc>
      </w:tr>
    </w:tbl>
    <w:p w14:paraId="1F7AE97B" w14:textId="77777777" w:rsidR="00E02DD5" w:rsidRDefault="00E02DD5"/>
    <w:p w14:paraId="7FD7478D" w14:textId="71FE0A2C" w:rsidR="007F6098" w:rsidRDefault="00E02DD5" w:rsidP="00E02DD5">
      <w:pPr>
        <w:tabs>
          <w:tab w:val="left" w:pos="1681"/>
        </w:tabs>
      </w:pPr>
      <w:r>
        <w:tab/>
      </w:r>
    </w:p>
    <w:sectPr w:rsidR="007F6098" w:rsidSect="00F92481">
      <w:headerReference w:type="default" r:id="rId8"/>
      <w:footerReference w:type="default" r:id="rId9"/>
      <w:headerReference w:type="first" r:id="rId10"/>
      <w:footerReference w:type="first" r:id="rId11"/>
      <w:pgSz w:w="16834" w:h="11909" w:orient="landscape"/>
      <w:pgMar w:top="446" w:right="720" w:bottom="446" w:left="1440" w:header="720" w:footer="129" w:gutter="0"/>
      <w:pgNumType w:start="0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6B9BA" w14:textId="77777777" w:rsidR="005C700C" w:rsidRDefault="005C700C" w:rsidP="007F7884">
      <w:pPr>
        <w:spacing w:after="0" w:line="240" w:lineRule="auto"/>
      </w:pPr>
      <w:r>
        <w:separator/>
      </w:r>
    </w:p>
  </w:endnote>
  <w:endnote w:type="continuationSeparator" w:id="0">
    <w:p w14:paraId="21033684" w14:textId="77777777" w:rsidR="005C700C" w:rsidRDefault="005C700C" w:rsidP="007F7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713635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0BE2CC9" w14:textId="5AB08DCE" w:rsidR="00423016" w:rsidRDefault="0042301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AC8FD8D" w14:textId="5A0FB3A6" w:rsidR="00423016" w:rsidRDefault="00EA553B" w:rsidP="00EA553B">
    <w:pPr>
      <w:pStyle w:val="Footer"/>
      <w:tabs>
        <w:tab w:val="clear" w:pos="4680"/>
        <w:tab w:val="clear" w:pos="9360"/>
        <w:tab w:val="left" w:pos="11853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A8627" w14:textId="27BAC04E" w:rsidR="00EA553B" w:rsidRDefault="00EA553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2704993" wp14:editId="77CD42D6">
          <wp:simplePos x="0" y="0"/>
          <wp:positionH relativeFrom="column">
            <wp:posOffset>9334424</wp:posOffset>
          </wp:positionH>
          <wp:positionV relativeFrom="paragraph">
            <wp:posOffset>-34925</wp:posOffset>
          </wp:positionV>
          <wp:extent cx="264795" cy="261620"/>
          <wp:effectExtent l="0" t="0" r="1905" b="5080"/>
          <wp:wrapSquare wrapText="bothSides"/>
          <wp:docPr id="4218098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57" t="10733" r="10806" b="11328"/>
                  <a:stretch/>
                </pic:blipFill>
                <pic:spPr bwMode="auto">
                  <a:xfrm>
                    <a:off x="0" y="0"/>
                    <a:ext cx="264795" cy="261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7BDC5" w14:textId="77777777" w:rsidR="005C700C" w:rsidRDefault="005C700C" w:rsidP="007F7884">
      <w:pPr>
        <w:spacing w:after="0" w:line="240" w:lineRule="auto"/>
      </w:pPr>
      <w:r>
        <w:separator/>
      </w:r>
    </w:p>
  </w:footnote>
  <w:footnote w:type="continuationSeparator" w:id="0">
    <w:p w14:paraId="697319A7" w14:textId="77777777" w:rsidR="005C700C" w:rsidRDefault="005C700C" w:rsidP="007F7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8F583" w14:textId="423CF75F" w:rsidR="00EA553B" w:rsidRDefault="00EA553B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C304801" wp14:editId="6744AEA0">
          <wp:simplePos x="0" y="0"/>
          <wp:positionH relativeFrom="column">
            <wp:posOffset>8722415</wp:posOffset>
          </wp:positionH>
          <wp:positionV relativeFrom="paragraph">
            <wp:posOffset>-414655</wp:posOffset>
          </wp:positionV>
          <wp:extent cx="559435" cy="553720"/>
          <wp:effectExtent l="0" t="0" r="0" b="0"/>
          <wp:wrapSquare wrapText="bothSides"/>
          <wp:docPr id="7259608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57" t="10733" r="10806" b="11328"/>
                  <a:stretch/>
                </pic:blipFill>
                <pic:spPr bwMode="auto">
                  <a:xfrm>
                    <a:off x="0" y="0"/>
                    <a:ext cx="55943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CE47E" w14:textId="2596CA68" w:rsidR="00F92481" w:rsidRDefault="00EA553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0D99B9" wp14:editId="192846A7">
          <wp:simplePos x="0" y="0"/>
          <wp:positionH relativeFrom="column">
            <wp:posOffset>-548640</wp:posOffset>
          </wp:positionH>
          <wp:positionV relativeFrom="paragraph">
            <wp:posOffset>-400685</wp:posOffset>
          </wp:positionV>
          <wp:extent cx="559435" cy="553720"/>
          <wp:effectExtent l="0" t="0" r="0" b="0"/>
          <wp:wrapSquare wrapText="bothSides"/>
          <wp:docPr id="3723413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57" t="10733" r="10806" b="11328"/>
                  <a:stretch/>
                </pic:blipFill>
                <pic:spPr bwMode="auto">
                  <a:xfrm>
                    <a:off x="0" y="0"/>
                    <a:ext cx="55943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D319C6"/>
    <w:multiLevelType w:val="hybridMultilevel"/>
    <w:tmpl w:val="A3403B30"/>
    <w:lvl w:ilvl="0" w:tplc="9BA0D69C">
      <w:start w:val="1"/>
      <w:numFmt w:val="decimal"/>
      <w:lvlText w:val="%1."/>
      <w:lvlJc w:val="left"/>
      <w:pPr>
        <w:ind w:left="720" w:hanging="360"/>
      </w:pPr>
      <w:rPr>
        <w:rFonts w:ascii="Kokila" w:hAnsi="Kokila" w:cs="Kokila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262C0"/>
    <w:multiLevelType w:val="hybridMultilevel"/>
    <w:tmpl w:val="436CFEA0"/>
    <w:lvl w:ilvl="0" w:tplc="B524AFA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4479E"/>
    <w:multiLevelType w:val="hybridMultilevel"/>
    <w:tmpl w:val="2BEE8CE0"/>
    <w:lvl w:ilvl="0" w:tplc="07C8017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071068">
    <w:abstractNumId w:val="8"/>
  </w:num>
  <w:num w:numId="2" w16cid:durableId="669530626">
    <w:abstractNumId w:val="6"/>
  </w:num>
  <w:num w:numId="3" w16cid:durableId="209922184">
    <w:abstractNumId w:val="5"/>
  </w:num>
  <w:num w:numId="4" w16cid:durableId="125004011">
    <w:abstractNumId w:val="4"/>
  </w:num>
  <w:num w:numId="5" w16cid:durableId="1164785911">
    <w:abstractNumId w:val="7"/>
  </w:num>
  <w:num w:numId="6" w16cid:durableId="1603805293">
    <w:abstractNumId w:val="3"/>
  </w:num>
  <w:num w:numId="7" w16cid:durableId="2073849677">
    <w:abstractNumId w:val="2"/>
  </w:num>
  <w:num w:numId="8" w16cid:durableId="631788824">
    <w:abstractNumId w:val="1"/>
  </w:num>
  <w:num w:numId="9" w16cid:durableId="1329556245">
    <w:abstractNumId w:val="0"/>
  </w:num>
  <w:num w:numId="10" w16cid:durableId="1572157959">
    <w:abstractNumId w:val="10"/>
  </w:num>
  <w:num w:numId="11" w16cid:durableId="2011985821">
    <w:abstractNumId w:val="11"/>
  </w:num>
  <w:num w:numId="12" w16cid:durableId="6995459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91"/>
    <w:rsid w:val="00024AA3"/>
    <w:rsid w:val="0002504E"/>
    <w:rsid w:val="00034616"/>
    <w:rsid w:val="0003752F"/>
    <w:rsid w:val="0005130D"/>
    <w:rsid w:val="00051EB0"/>
    <w:rsid w:val="000568ED"/>
    <w:rsid w:val="00057FC2"/>
    <w:rsid w:val="0006063C"/>
    <w:rsid w:val="00073D2B"/>
    <w:rsid w:val="000773F4"/>
    <w:rsid w:val="000904A6"/>
    <w:rsid w:val="000B623C"/>
    <w:rsid w:val="000C4015"/>
    <w:rsid w:val="000D5A73"/>
    <w:rsid w:val="000E066E"/>
    <w:rsid w:val="000E1375"/>
    <w:rsid w:val="000F50DA"/>
    <w:rsid w:val="000F5BC3"/>
    <w:rsid w:val="0010186C"/>
    <w:rsid w:val="001058AD"/>
    <w:rsid w:val="0011471C"/>
    <w:rsid w:val="00115EE2"/>
    <w:rsid w:val="001324EA"/>
    <w:rsid w:val="001339AE"/>
    <w:rsid w:val="001343BF"/>
    <w:rsid w:val="00134E55"/>
    <w:rsid w:val="001363DB"/>
    <w:rsid w:val="001401ED"/>
    <w:rsid w:val="00142339"/>
    <w:rsid w:val="0015074B"/>
    <w:rsid w:val="00150E0C"/>
    <w:rsid w:val="00160513"/>
    <w:rsid w:val="00170C89"/>
    <w:rsid w:val="001A7A11"/>
    <w:rsid w:val="001B0985"/>
    <w:rsid w:val="001B1320"/>
    <w:rsid w:val="001B20C8"/>
    <w:rsid w:val="001C6383"/>
    <w:rsid w:val="001E0D6F"/>
    <w:rsid w:val="001E2CFC"/>
    <w:rsid w:val="001E5C42"/>
    <w:rsid w:val="001F3556"/>
    <w:rsid w:val="00200F31"/>
    <w:rsid w:val="002027FD"/>
    <w:rsid w:val="00204A7A"/>
    <w:rsid w:val="002055F0"/>
    <w:rsid w:val="0021693A"/>
    <w:rsid w:val="00217FC9"/>
    <w:rsid w:val="002206F2"/>
    <w:rsid w:val="00223AB0"/>
    <w:rsid w:val="00240A50"/>
    <w:rsid w:val="002579C9"/>
    <w:rsid w:val="00265056"/>
    <w:rsid w:val="00266A06"/>
    <w:rsid w:val="00273D3F"/>
    <w:rsid w:val="002759E9"/>
    <w:rsid w:val="00275A0E"/>
    <w:rsid w:val="002760CF"/>
    <w:rsid w:val="00280A9F"/>
    <w:rsid w:val="002915FC"/>
    <w:rsid w:val="00291665"/>
    <w:rsid w:val="002944A2"/>
    <w:rsid w:val="0029639D"/>
    <w:rsid w:val="002A1CC2"/>
    <w:rsid w:val="002A1D9C"/>
    <w:rsid w:val="002A7EFD"/>
    <w:rsid w:val="002C3E51"/>
    <w:rsid w:val="002C6A66"/>
    <w:rsid w:val="002D2B68"/>
    <w:rsid w:val="002E2255"/>
    <w:rsid w:val="002F7524"/>
    <w:rsid w:val="00317193"/>
    <w:rsid w:val="00326F90"/>
    <w:rsid w:val="003747C3"/>
    <w:rsid w:val="00391D9F"/>
    <w:rsid w:val="00397C67"/>
    <w:rsid w:val="003A5453"/>
    <w:rsid w:val="003B1441"/>
    <w:rsid w:val="003D21E3"/>
    <w:rsid w:val="003D505E"/>
    <w:rsid w:val="004061CA"/>
    <w:rsid w:val="00406D01"/>
    <w:rsid w:val="00423016"/>
    <w:rsid w:val="00423D9A"/>
    <w:rsid w:val="00435378"/>
    <w:rsid w:val="00437AF4"/>
    <w:rsid w:val="004412A7"/>
    <w:rsid w:val="00445C32"/>
    <w:rsid w:val="00452E62"/>
    <w:rsid w:val="00470638"/>
    <w:rsid w:val="00472182"/>
    <w:rsid w:val="004B11D4"/>
    <w:rsid w:val="004C4B16"/>
    <w:rsid w:val="004C6C31"/>
    <w:rsid w:val="004D2286"/>
    <w:rsid w:val="004D5B09"/>
    <w:rsid w:val="004E7469"/>
    <w:rsid w:val="004F706E"/>
    <w:rsid w:val="0053036F"/>
    <w:rsid w:val="00530C7C"/>
    <w:rsid w:val="005409D9"/>
    <w:rsid w:val="00542E49"/>
    <w:rsid w:val="00543F89"/>
    <w:rsid w:val="00552B6C"/>
    <w:rsid w:val="005A5EE4"/>
    <w:rsid w:val="005A70A0"/>
    <w:rsid w:val="005B30D2"/>
    <w:rsid w:val="005C3516"/>
    <w:rsid w:val="005C549B"/>
    <w:rsid w:val="005C67B3"/>
    <w:rsid w:val="005C700C"/>
    <w:rsid w:val="005D5F99"/>
    <w:rsid w:val="005D7B5E"/>
    <w:rsid w:val="005D7F5C"/>
    <w:rsid w:val="005E0144"/>
    <w:rsid w:val="005E620F"/>
    <w:rsid w:val="005E71B1"/>
    <w:rsid w:val="00603748"/>
    <w:rsid w:val="00613AA3"/>
    <w:rsid w:val="0062049B"/>
    <w:rsid w:val="00635024"/>
    <w:rsid w:val="00636642"/>
    <w:rsid w:val="00655524"/>
    <w:rsid w:val="0066161D"/>
    <w:rsid w:val="00667A85"/>
    <w:rsid w:val="00693055"/>
    <w:rsid w:val="006959CF"/>
    <w:rsid w:val="006A25D3"/>
    <w:rsid w:val="006B4A0A"/>
    <w:rsid w:val="006C15D2"/>
    <w:rsid w:val="006E124B"/>
    <w:rsid w:val="0070307A"/>
    <w:rsid w:val="0073088B"/>
    <w:rsid w:val="0073638C"/>
    <w:rsid w:val="00742C36"/>
    <w:rsid w:val="00752864"/>
    <w:rsid w:val="00773874"/>
    <w:rsid w:val="007865BD"/>
    <w:rsid w:val="007914CC"/>
    <w:rsid w:val="007945DC"/>
    <w:rsid w:val="007A2AED"/>
    <w:rsid w:val="007A494A"/>
    <w:rsid w:val="007B2444"/>
    <w:rsid w:val="007B6983"/>
    <w:rsid w:val="007D52C7"/>
    <w:rsid w:val="007E0A0D"/>
    <w:rsid w:val="007F381D"/>
    <w:rsid w:val="007F45CF"/>
    <w:rsid w:val="007F6098"/>
    <w:rsid w:val="007F7802"/>
    <w:rsid w:val="007F7884"/>
    <w:rsid w:val="00804C7B"/>
    <w:rsid w:val="008077DD"/>
    <w:rsid w:val="00812D46"/>
    <w:rsid w:val="00835243"/>
    <w:rsid w:val="0084600A"/>
    <w:rsid w:val="00853190"/>
    <w:rsid w:val="00873E55"/>
    <w:rsid w:val="00895289"/>
    <w:rsid w:val="00896CD0"/>
    <w:rsid w:val="008B1E7E"/>
    <w:rsid w:val="008F0338"/>
    <w:rsid w:val="00903878"/>
    <w:rsid w:val="0090489F"/>
    <w:rsid w:val="00933543"/>
    <w:rsid w:val="00950915"/>
    <w:rsid w:val="009537D5"/>
    <w:rsid w:val="00964037"/>
    <w:rsid w:val="00975F1C"/>
    <w:rsid w:val="009A0CAF"/>
    <w:rsid w:val="009B38E8"/>
    <w:rsid w:val="009B6C21"/>
    <w:rsid w:val="009B70CC"/>
    <w:rsid w:val="009C6DA2"/>
    <w:rsid w:val="009D26AF"/>
    <w:rsid w:val="009D3179"/>
    <w:rsid w:val="009D7512"/>
    <w:rsid w:val="009F2AF9"/>
    <w:rsid w:val="009F4D88"/>
    <w:rsid w:val="00A017A8"/>
    <w:rsid w:val="00A07F32"/>
    <w:rsid w:val="00A21E79"/>
    <w:rsid w:val="00A31AD9"/>
    <w:rsid w:val="00A32DFF"/>
    <w:rsid w:val="00A409BD"/>
    <w:rsid w:val="00A41BE7"/>
    <w:rsid w:val="00A4584F"/>
    <w:rsid w:val="00A47F37"/>
    <w:rsid w:val="00A51C0A"/>
    <w:rsid w:val="00A747E1"/>
    <w:rsid w:val="00A87CE9"/>
    <w:rsid w:val="00AA012D"/>
    <w:rsid w:val="00AA1D8D"/>
    <w:rsid w:val="00AA47F5"/>
    <w:rsid w:val="00AB29EF"/>
    <w:rsid w:val="00AB2F52"/>
    <w:rsid w:val="00AB4E68"/>
    <w:rsid w:val="00AB53CB"/>
    <w:rsid w:val="00AC2736"/>
    <w:rsid w:val="00AE1955"/>
    <w:rsid w:val="00B14B0A"/>
    <w:rsid w:val="00B156A5"/>
    <w:rsid w:val="00B334A5"/>
    <w:rsid w:val="00B34762"/>
    <w:rsid w:val="00B42179"/>
    <w:rsid w:val="00B47730"/>
    <w:rsid w:val="00B64D5C"/>
    <w:rsid w:val="00B6625F"/>
    <w:rsid w:val="00B73684"/>
    <w:rsid w:val="00B769EF"/>
    <w:rsid w:val="00BA0A36"/>
    <w:rsid w:val="00BA2B87"/>
    <w:rsid w:val="00BA4CDB"/>
    <w:rsid w:val="00BA5617"/>
    <w:rsid w:val="00BB3735"/>
    <w:rsid w:val="00BB6718"/>
    <w:rsid w:val="00BC3182"/>
    <w:rsid w:val="00BD063C"/>
    <w:rsid w:val="00BE1083"/>
    <w:rsid w:val="00BE11DE"/>
    <w:rsid w:val="00BE3B83"/>
    <w:rsid w:val="00BF62B9"/>
    <w:rsid w:val="00BF6454"/>
    <w:rsid w:val="00C1521E"/>
    <w:rsid w:val="00C21BB4"/>
    <w:rsid w:val="00C40694"/>
    <w:rsid w:val="00C4442F"/>
    <w:rsid w:val="00C918D2"/>
    <w:rsid w:val="00C97983"/>
    <w:rsid w:val="00C97BD5"/>
    <w:rsid w:val="00CA3D88"/>
    <w:rsid w:val="00CA71E0"/>
    <w:rsid w:val="00CB0664"/>
    <w:rsid w:val="00CB31D6"/>
    <w:rsid w:val="00CC7F39"/>
    <w:rsid w:val="00CE17D4"/>
    <w:rsid w:val="00CE264C"/>
    <w:rsid w:val="00D20747"/>
    <w:rsid w:val="00D23BC2"/>
    <w:rsid w:val="00D2678B"/>
    <w:rsid w:val="00D550E5"/>
    <w:rsid w:val="00D75F61"/>
    <w:rsid w:val="00D82C8E"/>
    <w:rsid w:val="00D84615"/>
    <w:rsid w:val="00D93736"/>
    <w:rsid w:val="00D93872"/>
    <w:rsid w:val="00DA11EE"/>
    <w:rsid w:val="00DC1BE0"/>
    <w:rsid w:val="00DC35C5"/>
    <w:rsid w:val="00DD13D6"/>
    <w:rsid w:val="00DD1B63"/>
    <w:rsid w:val="00DF30AF"/>
    <w:rsid w:val="00E025FC"/>
    <w:rsid w:val="00E02DD5"/>
    <w:rsid w:val="00E14554"/>
    <w:rsid w:val="00E167CF"/>
    <w:rsid w:val="00E3109C"/>
    <w:rsid w:val="00E326AA"/>
    <w:rsid w:val="00E330F3"/>
    <w:rsid w:val="00E34663"/>
    <w:rsid w:val="00E42BFA"/>
    <w:rsid w:val="00E91C58"/>
    <w:rsid w:val="00E96B69"/>
    <w:rsid w:val="00E96F18"/>
    <w:rsid w:val="00EA553B"/>
    <w:rsid w:val="00ED6A77"/>
    <w:rsid w:val="00EE322A"/>
    <w:rsid w:val="00EF63EB"/>
    <w:rsid w:val="00F12FB2"/>
    <w:rsid w:val="00F26354"/>
    <w:rsid w:val="00F33FC8"/>
    <w:rsid w:val="00F50D57"/>
    <w:rsid w:val="00F5197E"/>
    <w:rsid w:val="00F85845"/>
    <w:rsid w:val="00F9144C"/>
    <w:rsid w:val="00F92481"/>
    <w:rsid w:val="00FB4C6E"/>
    <w:rsid w:val="00FB76D1"/>
    <w:rsid w:val="00FC35E3"/>
    <w:rsid w:val="00FC5AE9"/>
    <w:rsid w:val="00FC693F"/>
    <w:rsid w:val="00FD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21F055"/>
  <w14:defaultImageDpi w14:val="300"/>
  <w15:docId w15:val="{D4FF44F5-D09E-4FB8-AAF2-FFAF3026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1">
    <w:name w:val="Table Grid1"/>
    <w:basedOn w:val="TableNormal"/>
    <w:next w:val="TableGrid"/>
    <w:uiPriority w:val="39"/>
    <w:rsid w:val="002A1CC2"/>
    <w:pPr>
      <w:spacing w:after="0" w:line="240" w:lineRule="auto"/>
    </w:pPr>
    <w:rPr>
      <w:rFonts w:eastAsiaTheme="minorHAnsi"/>
      <w:kern w:val="2"/>
      <w:szCs w:val="20"/>
      <w:lang w:bidi="ne-N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60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23</Pages>
  <Words>4974</Words>
  <Characters>28356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BSDCOOP</cp:lastModifiedBy>
  <cp:revision>29</cp:revision>
  <cp:lastPrinted>2026-09-07T20:30:00Z</cp:lastPrinted>
  <dcterms:created xsi:type="dcterms:W3CDTF">2026-09-07T20:30:00Z</dcterms:created>
  <dcterms:modified xsi:type="dcterms:W3CDTF">2026-09-08T10:09:00Z</dcterms:modified>
  <cp:category/>
</cp:coreProperties>
</file>